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INFORME DE TRABAJO MENSUAL</w:t>
      </w:r>
    </w:p>
    <w:p>
      <w:pPr>
        <w:spacing w:after="40"/>
      </w:pPr>
      <w:r>
        <w:rPr>
          <w:b/>
        </w:rPr>
        <w:t xml:space="preserve">Periodo: </w:t>
      </w:r>
      <w:r>
        <w:t>[Mes y año]</w:t>
      </w:r>
    </w:p>
    <w:p>
      <w:pPr>
        <w:spacing w:after="40"/>
      </w:pPr>
      <w:r>
        <w:rPr>
          <w:b/>
        </w:rPr>
        <w:t xml:space="preserve">Trabajador: </w:t>
      </w:r>
      <w:r>
        <w:t>[Nombre completo]</w:t>
      </w:r>
    </w:p>
    <w:p>
      <w:pPr>
        <w:spacing w:after="40"/>
      </w:pPr>
      <w:r>
        <w:rPr>
          <w:b/>
        </w:rPr>
        <w:t xml:space="preserve">Área: </w:t>
      </w:r>
      <w:r>
        <w:t>[Nombre del área]</w:t>
      </w:r>
    </w:p>
    <w:p>
      <w:pPr>
        <w:spacing w:after="40"/>
      </w:pPr>
      <w:r>
        <w:rPr>
          <w:b/>
        </w:rPr>
        <w:t xml:space="preserve">Cargo: </w:t>
      </w:r>
      <w:r>
        <w:t>[Puesto desempeñado]</w:t>
      </w:r>
    </w:p>
    <w:p>
      <w:pPr>
        <w:spacing w:after="40"/>
      </w:pPr>
      <w:r>
        <w:rPr>
          <w:b/>
        </w:rPr>
        <w:t xml:space="preserve">Responsable receptor: </w:t>
      </w:r>
      <w:r>
        <w:t>[Nombre y cargo]</w:t>
      </w:r>
    </w:p>
    <w:p>
      <w:pPr>
        <w:spacing w:after="0"/>
      </w:pPr>
    </w:p>
    <w:p>
      <w:pPr>
        <w:pStyle w:val="SectionCustom"/>
      </w:pPr>
      <w:r>
        <w:t>1. Introducción</w:t>
      </w:r>
    </w:p>
    <w:p>
      <w:r>
        <w:t>El presente informe resume las actividades realizadas durante [mes y año], los resultados alcanzados y los asuntos que requieren seguimiento.</w:t>
      </w:r>
    </w:p>
    <w:p>
      <w:pPr>
        <w:pStyle w:val="SectionCustom"/>
      </w:pPr>
      <w:r>
        <w:t>2. Actividades realizadas</w:t>
      </w:r>
    </w:p>
    <w:p>
      <w:pPr>
        <w:pStyle w:val="ListBullet"/>
        <w:spacing w:after="20"/>
        <w:ind w:left="369" w:hanging="198"/>
      </w:pPr>
      <w:r>
        <w:t>[Actividad principal desarrollada durante el mes].</w:t>
      </w:r>
    </w:p>
    <w:p>
      <w:pPr>
        <w:pStyle w:val="ListBullet"/>
        <w:spacing w:after="20"/>
        <w:ind w:left="369" w:hanging="198"/>
      </w:pPr>
      <w:r>
        <w:t>[Proyecto o proceso en el que se participó].</w:t>
      </w:r>
    </w:p>
    <w:p>
      <w:pPr>
        <w:pStyle w:val="ListBullet"/>
        <w:spacing w:after="20"/>
        <w:ind w:left="369" w:hanging="198"/>
      </w:pPr>
      <w:r>
        <w:t>[Acciones de coordinación, revisión o seguimiento].</w:t>
      </w:r>
    </w:p>
    <w:p>
      <w:pPr>
        <w:pStyle w:val="SectionCustom"/>
      </w:pPr>
      <w:r>
        <w:t>3. Logros destacados</w:t>
      </w:r>
    </w:p>
    <w:p>
      <w:pPr>
        <w:pStyle w:val="ListBullet"/>
        <w:spacing w:after="20"/>
        <w:ind w:left="369" w:hanging="198"/>
      </w:pPr>
      <w:r>
        <w:t>[Resultado verificable alcanzado].</w:t>
      </w:r>
    </w:p>
    <w:p>
      <w:pPr>
        <w:pStyle w:val="ListBullet"/>
        <w:spacing w:after="20"/>
        <w:ind w:left="369" w:hanging="198"/>
      </w:pPr>
      <w:r>
        <w:t>[Objetivo cumplido o avance obtenido].</w:t>
      </w:r>
    </w:p>
    <w:p>
      <w:pPr>
        <w:pStyle w:val="ListBullet"/>
        <w:spacing w:after="20"/>
        <w:ind w:left="369" w:hanging="198"/>
      </w:pPr>
      <w:r>
        <w:t>[Mejora realizada, indicando datos cuando existan].</w:t>
      </w:r>
    </w:p>
    <w:p>
      <w:pPr>
        <w:pStyle w:val="SectionCustom"/>
      </w:pPr>
      <w:r>
        <w:t>4. Desafíos enfrentados</w:t>
      </w:r>
    </w:p>
    <w:p>
      <w:r>
        <w:t>[Describir las principales dificultades y las medidas adoptadas para resolverlas o reducir su impacto.]</w:t>
      </w:r>
    </w:p>
    <w:p>
      <w:pPr>
        <w:pStyle w:val="SectionCustom"/>
      </w:pPr>
      <w:r>
        <w:t>5. Tareas pendientes</w:t>
      </w:r>
    </w:p>
    <w:p>
      <w:pPr>
        <w:spacing w:after="20"/>
        <w:ind w:left="369" w:hanging="198"/>
      </w:pPr>
      <w:r>
        <w:t>1. [Trabajo que continuará el próximo mes].</w:t>
      </w:r>
    </w:p>
    <w:p>
      <w:pPr>
        <w:spacing w:after="20"/>
        <w:ind w:left="369" w:hanging="198"/>
      </w:pPr>
      <w:r>
        <w:t>2. [Actividad pendiente de revisión o aprobación].</w:t>
      </w:r>
    </w:p>
    <w:p>
      <w:pPr>
        <w:pStyle w:val="SectionCustom"/>
      </w:pPr>
      <w:r>
        <w:t>6. Plan de acción para el siguiente mes</w:t>
      </w:r>
    </w:p>
    <w:p>
      <w:r>
        <w:t>[Indicar las acciones prioritarias, responsables y fechas previstas cuando corresponda.]</w:t>
      </w:r>
    </w:p>
    <w:p>
      <w:pPr>
        <w:pStyle w:val="SectionCustom"/>
      </w:pPr>
      <w:r>
        <w:t>7. Conclusión</w:t>
      </w:r>
    </w:p>
    <w:p>
      <w:r>
        <w:t>[Resumir los principales resultados del periodo y señalar qué aspectos requieren continuidad o mejora.]</w:t>
      </w:r>
    </w:p>
    <w:p>
      <w:pPr>
        <w:pStyle w:val="SectionCustom"/>
      </w:pPr>
      <w:r>
        <w:t>8. Firma y aprobación, cuando corresponda</w:t>
      </w:r>
    </w:p>
    <w:p>
      <w:pPr>
        <w:spacing w:before="240" w:after="20"/>
      </w:pPr>
      <w:r>
        <w:t>______________________________</w:t>
      </w:r>
    </w:p>
    <w:p>
      <w:r>
        <w:t>[Nombre del trabajador]</w:t>
      </w:r>
    </w:p>
    <w:p>
      <w:pPr>
        <w:spacing w:before="240" w:after="20"/>
      </w:pPr>
      <w:r>
        <w:t>______________________________</w:t>
      </w:r>
    </w:p>
    <w:p>
      <w:r>
        <w:t>[Nombre del supervisor, si se requiere]</w:t>
      </w:r>
    </w:p>
    <w:sectPr w:rsidR="00FC693F" w:rsidRPr="0006063C" w:rsidSect="00034616">
      <w:pgSz w:w="11906" w:h="16838"/>
      <w:pgMar w:top="964" w:right="1191" w:bottom="879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color w:val="292F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 w:before="60"/>
      <w:contextualSpacing/>
    </w:pPr>
    <w:rPr>
      <w:rFonts w:asciiTheme="majorHAnsi" w:eastAsiaTheme="majorEastAsia" w:hAnsiTheme="majorHAnsi" w:cstheme="majorBidi" w:ascii="Arial" w:hAnsi="Arial"/>
      <w:b/>
      <w:color w:val="1F3246"/>
      <w:spacing w:val="5"/>
      <w:kern w:val="28"/>
      <w:sz w:val="29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Custom">
    <w:name w:val="SectionCustom"/>
    <w:pPr>
      <w:spacing w:before="180" w:after="60"/>
    </w:pPr>
    <w:rPr>
      <w:rFonts w:ascii="Arial" w:hAnsi="Arial"/>
      <w:b/>
      <w:color w:val="223746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