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INFORME DE TRABAJO DIARIO</w:t>
      </w:r>
    </w:p>
    <w:p>
      <w:pPr>
        <w:spacing w:after="40"/>
      </w:pPr>
      <w:r>
        <w:rPr>
          <w:b/>
        </w:rPr>
        <w:t xml:space="preserve">Fecha: </w:t>
      </w:r>
      <w:r>
        <w:t>[Día, mes y año]</w:t>
      </w:r>
    </w:p>
    <w:p>
      <w:pPr>
        <w:spacing w:after="40"/>
      </w:pPr>
      <w:r>
        <w:rPr>
          <w:b/>
        </w:rPr>
        <w:t xml:space="preserve">Nombre del trabajador: </w:t>
      </w:r>
      <w:r>
        <w:t>[Nombre completo]</w:t>
      </w:r>
    </w:p>
    <w:p>
      <w:pPr>
        <w:spacing w:after="40"/>
      </w:pPr>
      <w:r>
        <w:rPr>
          <w:b/>
        </w:rPr>
        <w:t xml:space="preserve">Área: </w:t>
      </w:r>
      <w:r>
        <w:t>[Departamento o área]</w:t>
      </w:r>
    </w:p>
    <w:p>
      <w:pPr>
        <w:spacing w:after="40"/>
      </w:pPr>
      <w:r>
        <w:rPr>
          <w:b/>
        </w:rPr>
        <w:t xml:space="preserve">Cargo: </w:t>
      </w:r>
      <w:r>
        <w:t>[Puesto de trabajo]</w:t>
      </w:r>
    </w:p>
    <w:p>
      <w:pPr>
        <w:spacing w:after="40"/>
      </w:pPr>
      <w:r>
        <w:rPr>
          <w:b/>
        </w:rPr>
        <w:t xml:space="preserve">Supervisor: </w:t>
      </w:r>
      <w:r>
        <w:t>[Nombre, si corresponde]</w:t>
      </w:r>
    </w:p>
    <w:p>
      <w:pPr>
        <w:spacing w:after="0"/>
      </w:pPr>
    </w:p>
    <w:p>
      <w:pPr>
        <w:pStyle w:val="SectionCustom"/>
      </w:pPr>
      <w:r>
        <w:t>1. Objetivo del día</w:t>
      </w:r>
    </w:p>
    <w:p>
      <w:r>
        <w:t>[Indicar las principales tareas u objetivos programados para la jornada.]</w:t>
      </w:r>
    </w:p>
    <w:p>
      <w:pPr>
        <w:pStyle w:val="SectionCustom"/>
      </w:pPr>
      <w:r>
        <w:t>2. Actividades realizadas</w:t>
      </w:r>
    </w:p>
    <w:p>
      <w:r>
        <w:t>[Registrar las tareas efectuadas y los resultados alcanzados. Se puede utilizar una tabla de seguimiento.]</w:t>
      </w:r>
    </w:p>
    <w:p>
      <w:pPr>
        <w:pStyle w:val="SectionCustom"/>
      </w:pPr>
      <w:r>
        <w:t>3. Incidencias o problemas detectados</w:t>
      </w:r>
    </w:p>
    <w:p>
      <w:pPr>
        <w:pStyle w:val="ListBullet"/>
        <w:spacing w:after="20"/>
        <w:ind w:left="369" w:hanging="198"/>
      </w:pPr>
      <w:r>
        <w:t>[Problema identificado, si existió].</w:t>
      </w:r>
    </w:p>
    <w:p>
      <w:pPr>
        <w:pStyle w:val="ListBullet"/>
        <w:spacing w:after="20"/>
        <w:ind w:left="369" w:hanging="198"/>
      </w:pPr>
      <w:r>
        <w:t>[Consecuencia para el desarrollo del trabajo].</w:t>
      </w:r>
    </w:p>
    <w:p>
      <w:pPr>
        <w:pStyle w:val="SectionCustom"/>
      </w:pPr>
      <w:r>
        <w:t>4. Soluciones implementadas</w:t>
      </w:r>
    </w:p>
    <w:p>
      <w:r>
        <w:t>[Explicar qué acciones se realizaron para solucionar o reducir los problemas detectados.]</w:t>
      </w:r>
    </w:p>
    <w:p>
      <w:pPr>
        <w:pStyle w:val="SectionCustom"/>
      </w:pPr>
      <w:r>
        <w:t>5. Tareas pendientes</w:t>
      </w:r>
    </w:p>
    <w:p>
      <w:pPr>
        <w:spacing w:after="20"/>
        <w:ind w:left="369" w:hanging="198"/>
      </w:pPr>
      <w:r>
        <w:t>1. [Actividad pendiente y fecha prevista].</w:t>
      </w:r>
    </w:p>
    <w:p>
      <w:pPr>
        <w:spacing w:after="20"/>
        <w:ind w:left="369" w:hanging="198"/>
      </w:pPr>
      <w:r>
        <w:t>2. [Actividad que requiere coordinación o seguimiento].</w:t>
      </w:r>
    </w:p>
    <w:p>
      <w:pPr>
        <w:pStyle w:val="SectionCustom"/>
      </w:pPr>
      <w:r>
        <w:t>6. Observaciones adicionales</w:t>
      </w:r>
    </w:p>
    <w:p>
      <w:r>
        <w:t>[Información relevante, necesidades de apoyo o sugerencias de mejora. Si no hubo observaciones, indicarlo.]</w:t>
      </w:r>
    </w:p>
    <w:p>
      <w:pPr>
        <w:pStyle w:val="SectionCustom"/>
      </w:pPr>
      <w:r>
        <w:t>7. Firma y aprobación, cuando corresponda</w:t>
      </w:r>
    </w:p>
    <w:p>
      <w:pPr>
        <w:spacing w:before="240" w:after="20"/>
      </w:pPr>
      <w:r>
        <w:t>______________________________</w:t>
      </w:r>
    </w:p>
    <w:p>
      <w:r>
        <w:t>[Nombre del trabajador]</w:t>
      </w:r>
    </w:p>
    <w:p>
      <w:pPr>
        <w:spacing w:before="240" w:after="20"/>
      </w:pPr>
      <w:r>
        <w:t>______________________________</w:t>
      </w:r>
    </w:p>
    <w:p>
      <w:r>
        <w:t>[Nombre del supervisor, si se requiere]</w:t>
      </w:r>
    </w:p>
    <w:sectPr w:rsidR="00FC693F" w:rsidRPr="0006063C" w:rsidSect="00034616">
      <w:pgSz w:w="11906" w:h="16838"/>
      <w:pgMar w:top="964" w:right="1191" w:bottom="879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color w:val="292F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240" w:lineRule="auto" w:before="60"/>
      <w:contextualSpacing/>
    </w:pPr>
    <w:rPr>
      <w:rFonts w:asciiTheme="majorHAnsi" w:eastAsiaTheme="majorEastAsia" w:hAnsiTheme="majorHAnsi" w:cstheme="majorBidi" w:ascii="Arial" w:hAnsi="Arial"/>
      <w:b/>
      <w:color w:val="1F3246"/>
      <w:spacing w:val="5"/>
      <w:kern w:val="28"/>
      <w:sz w:val="29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Custom">
    <w:name w:val="SectionCustom"/>
    <w:pPr>
      <w:spacing w:before="180" w:after="60"/>
    </w:pPr>
    <w:rPr>
      <w:rFonts w:ascii="Arial" w:hAnsi="Arial"/>
      <w:b/>
      <w:color w:val="223746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