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sz w:val="25"/>
        </w:rPr>
        <w:t>ACTA DE REUNIÓN DE JUNTA DIRECTIVA N.° [NÚMERO]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Organización: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[nombre]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Fecha: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[día, mes y año]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Hora de inicio: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[hora]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Hora de término: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[hora]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Lugar: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[dirección completa / modalidad permitida]</w:t>
            </w:r>
          </w:p>
        </w:tc>
      </w:tr>
    </w:tbl>
    <w:p>
      <w:pPr>
        <w:spacing w:after="0"/>
        <w:jc w:val="both"/>
      </w:pPr>
      <w:r>
        <w:t>En [ciudad], siendo las [hora] del día [fecha], se reunió la Junta Directiva de [nombre de la organización], previa convocatoria efectuada conforme a [estatuto, reglamento o procedimiento aplicable, cuando corresponda].</w:t>
      </w:r>
    </w:p>
    <w:p>
      <w:pPr>
        <w:spacing w:before="120" w:after="60"/>
      </w:pPr>
      <w:r>
        <w:rPr>
          <w:rFonts w:ascii="Arial" w:hAnsi="Arial"/>
          <w:b/>
          <w:sz w:val="21"/>
        </w:rPr>
        <w:t>Miembros presentes:</w:t>
      </w:r>
    </w:p>
    <w:p>
      <w:pPr>
        <w:spacing w:after="0"/>
        <w:ind w:left="227"/>
      </w:pPr>
      <w:r>
        <w:t>• [Nombre completo] – Presidente</w:t>
      </w:r>
    </w:p>
    <w:p>
      <w:pPr>
        <w:spacing w:after="0"/>
        <w:ind w:left="227"/>
      </w:pPr>
      <w:r>
        <w:t>• [Nombre completo] – Secretario</w:t>
      </w:r>
    </w:p>
    <w:p>
      <w:pPr>
        <w:spacing w:after="0"/>
        <w:ind w:left="227"/>
      </w:pPr>
      <w:r>
        <w:t>• [Nombre completo] – Director / miembro</w:t>
      </w:r>
    </w:p>
    <w:p>
      <w:pPr>
        <w:spacing w:after="60"/>
      </w:pPr>
      <w:r>
        <w:rPr>
          <w:b/>
        </w:rPr>
        <w:t xml:space="preserve">Presidente de la sesión: </w:t>
      </w:r>
      <w:r>
        <w:t>[nombre completo]</w:t>
      </w:r>
    </w:p>
    <w:p>
      <w:pPr>
        <w:spacing w:after="60"/>
      </w:pPr>
      <w:r>
        <w:rPr>
          <w:b/>
        </w:rPr>
        <w:t xml:space="preserve">Secretario de la sesión: </w:t>
      </w:r>
      <w:r>
        <w:t>[nombre completo]</w:t>
      </w:r>
    </w:p>
    <w:p>
      <w:pPr>
        <w:spacing w:before="120" w:after="60"/>
      </w:pPr>
      <w:r>
        <w:rPr>
          <w:rFonts w:ascii="Arial" w:hAnsi="Arial"/>
          <w:b/>
          <w:sz w:val="21"/>
        </w:rPr>
        <w:t>Quórum:</w:t>
      </w:r>
    </w:p>
    <w:p>
      <w:pPr>
        <w:spacing w:after="0"/>
        <w:jc w:val="both"/>
      </w:pPr>
      <w:r>
        <w:t>[Indicar el número de miembros presentes y la verificación del quórum conforme a las reglas aplicables a la organización.]</w:t>
      </w:r>
    </w:p>
    <w:p>
      <w:pPr>
        <w:spacing w:before="120" w:after="60"/>
      </w:pPr>
      <w:r>
        <w:rPr>
          <w:rFonts w:ascii="Arial" w:hAnsi="Arial"/>
          <w:b/>
          <w:sz w:val="21"/>
        </w:rPr>
        <w:t>Agenda:</w:t>
      </w:r>
    </w:p>
    <w:p>
      <w:pPr>
        <w:spacing w:after="0"/>
        <w:ind w:left="227"/>
      </w:pPr>
      <w:r>
        <w:t>1. [Tema 1]</w:t>
      </w:r>
    </w:p>
    <w:p>
      <w:pPr>
        <w:spacing w:after="0"/>
        <w:ind w:left="227"/>
      </w:pPr>
      <w:r>
        <w:t>2. [Tema 2]</w:t>
      </w:r>
    </w:p>
    <w:p>
      <w:pPr>
        <w:spacing w:after="0"/>
        <w:ind w:left="227"/>
      </w:pPr>
      <w:r>
        <w:t>3. [Tema 3]</w:t>
      </w:r>
    </w:p>
    <w:p>
      <w:pPr>
        <w:spacing w:before="120" w:after="60"/>
      </w:pPr>
      <w:r>
        <w:rPr>
          <w:rFonts w:ascii="Arial" w:hAnsi="Arial"/>
          <w:b/>
          <w:sz w:val="21"/>
        </w:rPr>
        <w:t>Desarrollo:</w:t>
      </w:r>
    </w:p>
    <w:p>
      <w:pPr>
        <w:spacing w:after="0"/>
        <w:jc w:val="both"/>
      </w:pPr>
      <w:r>
        <w:t>El presidente declaró abierta la sesión y se procedió al tratamiento de los puntos establecidos en la agenda.</w:t>
      </w:r>
    </w:p>
    <w:p>
      <w:pPr>
        <w:spacing w:after="0"/>
        <w:jc w:val="both"/>
      </w:pPr>
      <w:r>
        <w:rPr>
          <w:b/>
        </w:rPr>
        <w:t xml:space="preserve">Punto 1: </w:t>
      </w:r>
      <w:r>
        <w:t>[Resumen de lo tratado y de las principales intervenciones o antecedentes relevantes.]</w:t>
      </w:r>
    </w:p>
    <w:p>
      <w:pPr>
        <w:spacing w:after="0"/>
        <w:jc w:val="both"/>
      </w:pPr>
      <w:r>
        <w:rPr>
          <w:b/>
        </w:rPr>
        <w:t xml:space="preserve">Punto 2: </w:t>
      </w:r>
      <w:r>
        <w:t>[Resumen de lo tratado y de las principales intervenciones o antecedentes relevantes.]</w:t>
      </w:r>
    </w:p>
    <w:p>
      <w:pPr>
        <w:spacing w:before="120" w:after="60"/>
      </w:pPr>
      <w:r>
        <w:rPr>
          <w:rFonts w:ascii="Arial" w:hAnsi="Arial"/>
          <w:b/>
          <w:sz w:val="21"/>
        </w:rPr>
        <w:t>Acuerdos:</w:t>
      </w:r>
    </w:p>
    <w:p>
      <w:pPr>
        <w:spacing w:after="0"/>
        <w:jc w:val="both"/>
      </w:pPr>
      <w:r>
        <w:rPr>
          <w:b/>
        </w:rPr>
        <w:t xml:space="preserve">1. </w:t>
      </w:r>
      <w:r>
        <w:t>[Acuerdo adoptado].</w:t>
      </w:r>
    </w:p>
    <w:p>
      <w:pPr>
        <w:spacing w:after="0"/>
        <w:ind w:left="283"/>
      </w:pPr>
      <w:r>
        <w:rPr>
          <w:b/>
        </w:rPr>
        <w:t xml:space="preserve">Resultado de la votación: </w:t>
      </w:r>
      <w:r>
        <w:t>[número] votos a favor / [número] en contra / [número] abstenciones / aprobado por unanimidad.</w:t>
      </w:r>
    </w:p>
    <w:p>
      <w:pPr>
        <w:spacing w:after="0"/>
        <w:jc w:val="both"/>
      </w:pPr>
      <w:r>
        <w:rPr>
          <w:b/>
        </w:rPr>
        <w:t xml:space="preserve">2. </w:t>
      </w:r>
      <w:r>
        <w:t>[Acuerdo adoptado].</w:t>
      </w:r>
    </w:p>
    <w:p>
      <w:pPr>
        <w:spacing w:after="0"/>
        <w:ind w:left="283"/>
      </w:pPr>
      <w:r>
        <w:rPr>
          <w:b/>
        </w:rPr>
        <w:t xml:space="preserve">Resultado de la votación: </w:t>
      </w:r>
      <w:r>
        <w:t>[número] votos a favor / [número] en contra / [número] abstenciones / aprobado por unanimidad.</w:t>
      </w:r>
    </w:p>
    <w:p>
      <w:pPr>
        <w:spacing w:after="0"/>
        <w:ind w:left="283"/>
      </w:pPr>
      <w:r>
        <w:rPr>
          <w:b/>
        </w:rPr>
        <w:t xml:space="preserve">Responsable de ejecución: </w:t>
      </w:r>
      <w:r>
        <w:t>[persona / cargo / área, cuando corresponda].</w:t>
      </w:r>
    </w:p>
    <w:p>
      <w:pPr>
        <w:spacing w:after="0"/>
        <w:jc w:val="both"/>
      </w:pPr>
      <w:r>
        <w:t>No habiendo otros asuntos que tratar, se dio por finalizada la sesión a las [hora de término].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 w:after="0"/>
              <w:jc w:val="center"/>
            </w:pPr>
            <w:r>
              <w:rPr>
                <w:sz w:val="18"/>
              </w:rPr>
              <w:t>______________________________</w:t>
              <w:br/>
            </w:r>
            <w:r>
              <w:rPr>
                <w:sz w:val="18"/>
              </w:rPr>
              <w:t>[Nombre completo]</w:t>
              <w:br/>
              <w:t>Presidente</w:t>
            </w:r>
          </w:p>
        </w:tc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 w:after="0"/>
              <w:jc w:val="center"/>
            </w:pPr>
            <w:r>
              <w:rPr>
                <w:sz w:val="18"/>
              </w:rPr>
              <w:t>______________________________</w:t>
              <w:br/>
            </w:r>
            <w:r>
              <w:rPr>
                <w:sz w:val="18"/>
              </w:rPr>
              <w:t>[Nombre completo]</w:t>
              <w:br/>
              <w:t>Secretario</w:t>
            </w:r>
          </w:p>
        </w:tc>
      </w:tr>
    </w:tbl>
    <w:p>
      <w:pPr>
        <w:spacing w:before="160" w:after="0"/>
      </w:pPr>
      <w:r>
        <w:rPr>
          <w:b/>
        </w:rPr>
        <w:t xml:space="preserve">Importante para trámites registrales: </w:t>
      </w:r>
      <w:r>
        <w:t>si los acuerdos se presentarán a SUNARP, adapta esta plantilla al tipo de persona jurídica, su estatuto y los requisitos del acto a inscribir. Pueden exigirse datos o documentos adicionales sobre convocatoria, quórum, votación y firmas. Esta plantilla por sí sola no garantiza la inscripción.</w:t>
      </w:r>
    </w:p>
    <w:sectPr w:rsidR="00FC693F" w:rsidRPr="0006063C" w:rsidSect="00034616">
      <w:pgSz w:w="12240" w:h="15840"/>
      <w:pgMar w:top="737" w:right="1020" w:bottom="73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reunión de junta directiva</dc:title>
  <dc:subject/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