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Arial" w:hAnsi="Arial"/>
          <w:b/>
          <w:sz w:val="28"/>
        </w:rPr>
        <w:t>ACTA DE REUNIÓN N.° [NÚMERO]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551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Organización / empresa:</w:t>
            </w:r>
          </w:p>
        </w:tc>
        <w:tc>
          <w:tcPr>
            <w:tcW w:type="dxa" w:w="6520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[nombre]</w:t>
            </w:r>
          </w:p>
        </w:tc>
      </w:tr>
      <w:tr>
        <w:tc>
          <w:tcPr>
            <w:tcW w:type="dxa" w:w="2551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Fecha:</w:t>
            </w:r>
          </w:p>
        </w:tc>
        <w:tc>
          <w:tcPr>
            <w:tcW w:type="dxa" w:w="6520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[día, mes y año]</w:t>
            </w:r>
          </w:p>
        </w:tc>
      </w:tr>
      <w:tr>
        <w:tc>
          <w:tcPr>
            <w:tcW w:type="dxa" w:w="2551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Hora de inicio:</w:t>
            </w:r>
          </w:p>
        </w:tc>
        <w:tc>
          <w:tcPr>
            <w:tcW w:type="dxa" w:w="6520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[hora]</w:t>
            </w:r>
          </w:p>
        </w:tc>
      </w:tr>
      <w:tr>
        <w:tc>
          <w:tcPr>
            <w:tcW w:type="dxa" w:w="2551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Hora de término:</w:t>
            </w:r>
          </w:p>
        </w:tc>
        <w:tc>
          <w:tcPr>
            <w:tcW w:type="dxa" w:w="6520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[hora]</w:t>
            </w:r>
          </w:p>
        </w:tc>
      </w:tr>
      <w:tr>
        <w:tc>
          <w:tcPr>
            <w:tcW w:type="dxa" w:w="2551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Lugar o modalidad:</w:t>
            </w:r>
          </w:p>
        </w:tc>
        <w:tc>
          <w:tcPr>
            <w:tcW w:type="dxa" w:w="6520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[dirección / sala / plataforma virtual]</w:t>
            </w:r>
          </w:p>
        </w:tc>
      </w:tr>
      <w:tr>
        <w:tc>
          <w:tcPr>
            <w:tcW w:type="dxa" w:w="2551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9"/>
              </w:rPr>
              <w:t>Responsable de la reunión:</w:t>
            </w:r>
          </w:p>
        </w:tc>
        <w:tc>
          <w:tcPr>
            <w:tcW w:type="dxa" w:w="6520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sz w:val="19"/>
              </w:rPr>
              <w:t>[nombre y cargo]</w:t>
            </w:r>
          </w:p>
        </w:tc>
      </w:tr>
    </w:tbl>
    <w:p>
      <w:pPr>
        <w:spacing w:before="120" w:after="60"/>
      </w:pPr>
      <w:r>
        <w:rPr>
          <w:rFonts w:ascii="Arial" w:hAnsi="Arial"/>
          <w:b/>
          <w:sz w:val="21"/>
        </w:rPr>
        <w:t>Asistentes:</w:t>
      </w:r>
    </w:p>
    <w:p>
      <w:pPr>
        <w:ind w:left="227"/>
      </w:pPr>
      <w:r>
        <w:t>• [Nombre y apellido] – [cargo o función]</w:t>
      </w:r>
    </w:p>
    <w:p>
      <w:pPr>
        <w:ind w:left="227"/>
      </w:pPr>
      <w:r>
        <w:t>• [Nombre y apellido] – [cargo o función]</w:t>
      </w:r>
    </w:p>
    <w:p>
      <w:pPr>
        <w:ind w:left="227"/>
      </w:pPr>
      <w:r>
        <w:t>• [Nombre y apellido] – [cargo o función]</w:t>
      </w:r>
    </w:p>
    <w:p>
      <w:pPr>
        <w:spacing w:before="120" w:after="60"/>
      </w:pPr>
      <w:r>
        <w:rPr>
          <w:rFonts w:ascii="Arial" w:hAnsi="Arial"/>
          <w:b/>
          <w:sz w:val="21"/>
        </w:rPr>
        <w:t>Agenda:</w:t>
      </w:r>
    </w:p>
    <w:p>
      <w:pPr>
        <w:ind w:left="227"/>
      </w:pPr>
      <w:r>
        <w:t>1. [Tema 1]</w:t>
      </w:r>
    </w:p>
    <w:p>
      <w:pPr>
        <w:ind w:left="227"/>
      </w:pPr>
      <w:r>
        <w:t>2. [Tema 2]</w:t>
      </w:r>
    </w:p>
    <w:p>
      <w:pPr>
        <w:ind w:left="227"/>
      </w:pPr>
      <w:r>
        <w:t>3. [Tema 3]</w:t>
      </w:r>
    </w:p>
    <w:p>
      <w:pPr>
        <w:spacing w:before="120" w:after="60"/>
      </w:pPr>
      <w:r>
        <w:rPr>
          <w:rFonts w:ascii="Arial" w:hAnsi="Arial"/>
          <w:b/>
          <w:sz w:val="21"/>
        </w:rPr>
        <w:t>Desarrollo de la reunión:</w:t>
      </w:r>
    </w:p>
    <w:p>
      <w:pPr>
        <w:jc w:val="both"/>
      </w:pPr>
      <w:r>
        <w:t>Siendo las [hora], se dio inicio a la reunión y se procedió a tratar los puntos establecidos en la agenda.</w:t>
      </w:r>
    </w:p>
    <w:p>
      <w:pPr>
        <w:jc w:val="left"/>
      </w:pPr>
      <w:r>
        <w:rPr>
          <w:b/>
        </w:rPr>
        <w:t>Tema 1: [nombre del tema]</w:t>
        <w:br/>
      </w:r>
      <w:r>
        <w:t>[Resumen breve y objetivo de los principales aspectos tratados.]</w:t>
      </w:r>
    </w:p>
    <w:p>
      <w:pPr>
        <w:jc w:val="left"/>
      </w:pPr>
      <w:r>
        <w:rPr>
          <w:b/>
        </w:rPr>
        <w:t>Tema 2: [nombre del tema]</w:t>
        <w:br/>
      </w:r>
      <w:r>
        <w:t>[Resumen breve y objetivo de los principales aspectos tratados.]</w:t>
      </w:r>
    </w:p>
    <w:p>
      <w:pPr>
        <w:spacing w:before="120" w:after="60"/>
      </w:pPr>
      <w:r>
        <w:rPr>
          <w:rFonts w:ascii="Arial" w:hAnsi="Arial"/>
          <w:b/>
          <w:sz w:val="21"/>
        </w:rPr>
        <w:t>Acuerdos y compromisos: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4535"/>
            <w:shd w:fill="E7E6E6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Acuerdo o tarea</w:t>
            </w:r>
          </w:p>
        </w:tc>
        <w:tc>
          <w:tcPr>
            <w:tcW w:type="dxa" w:w="2721"/>
            <w:shd w:fill="E7E6E6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Responsable</w:t>
            </w:r>
          </w:p>
        </w:tc>
        <w:tc>
          <w:tcPr>
            <w:tcW w:type="dxa" w:w="1814"/>
            <w:shd w:fill="E7E6E6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Plazo</w:t>
            </w:r>
          </w:p>
        </w:tc>
      </w:tr>
      <w:tr>
        <w:tc>
          <w:tcPr>
            <w:tcW w:type="dxa" w:w="4535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[Acuerdo o tarea 1]</w:t>
            </w:r>
          </w:p>
        </w:tc>
        <w:tc>
          <w:tcPr>
            <w:tcW w:type="dxa" w:w="2721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[Nombre / área]</w:t>
            </w:r>
          </w:p>
        </w:tc>
        <w:tc>
          <w:tcPr>
            <w:tcW w:type="dxa" w:w="1814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[Fecha]</w:t>
            </w:r>
          </w:p>
        </w:tc>
      </w:tr>
      <w:tr>
        <w:tc>
          <w:tcPr>
            <w:tcW w:type="dxa" w:w="4535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[Acuerdo o tarea 2]</w:t>
            </w:r>
          </w:p>
        </w:tc>
        <w:tc>
          <w:tcPr>
            <w:tcW w:type="dxa" w:w="2721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[Nombre / área]</w:t>
            </w:r>
          </w:p>
        </w:tc>
        <w:tc>
          <w:tcPr>
            <w:tcW w:type="dxa" w:w="1814"/>
            <w:vAlign w:val="center"/>
            <w:tcBorders>
              <w:top w:val="single" w:sz="4" w:color="B7B7B7"/>
              <w:left w:val="single" w:sz="4" w:color="B7B7B7"/>
              <w:bottom w:val="single" w:sz="4" w:color="B7B7B7"/>
              <w:right w:val="single" w:sz="4" w:color="B7B7B7"/>
            </w:tcBorders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[Fecha]</w:t>
            </w:r>
          </w:p>
        </w:tc>
      </w:tr>
    </w:tbl>
    <w:p>
      <w:pPr>
        <w:spacing w:after="60"/>
      </w:pPr>
      <w:r>
        <w:rPr>
          <w:b/>
        </w:rPr>
        <w:t xml:space="preserve">Próxima reunión, si corresponde: </w:t>
      </w:r>
      <w:r>
        <w:t>[fecha, hora y lugar]</w:t>
      </w:r>
    </w:p>
    <w:p>
      <w:pPr>
        <w:jc w:val="both"/>
      </w:pPr>
      <w:r>
        <w:t>No habiendo otros asuntos que tratar, se dio por finalizada la reunión a las [hora].</w:t>
      </w:r>
    </w:p>
    <w:p>
      <w:pPr>
        <w:spacing w:before="120" w:after="60"/>
      </w:pPr>
      <w:r>
        <w:rPr>
          <w:rFonts w:ascii="Arial" w:hAnsi="Arial"/>
          <w:b/>
          <w:sz w:val="21"/>
        </w:rPr>
        <w:t>Firmas, cuando correspondan: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40"/>
              <w:jc w:val="center"/>
            </w:pPr>
            <w:r>
              <w:t>______________________________</w:t>
              <w:br/>
            </w:r>
            <w:r>
              <w:rPr>
                <w:sz w:val="20"/>
              </w:rPr>
              <w:t>[Nombre]</w:t>
              <w:br/>
              <w:t>[Cargo]</w:t>
            </w:r>
          </w:p>
        </w:tc>
        <w:tc>
          <w:tcPr>
            <w:tcW w:type="dxa" w:w="498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40"/>
              <w:jc w:val="center"/>
            </w:pPr>
            <w:r>
              <w:t>______________________________</w:t>
              <w:br/>
            </w:r>
            <w:r>
              <w:rPr>
                <w:sz w:val="20"/>
              </w:rPr>
              <w:t>[Nombre]</w:t>
              <w:br/>
              <w:t>[Cargo]</w:t>
            </w:r>
          </w:p>
        </w:tc>
      </w:tr>
    </w:tbl>
    <w:p>
      <w:pPr>
        <w:spacing w:before="120"/>
      </w:pPr>
      <w:r>
        <w:rPr>
          <w:b/>
        </w:rPr>
        <w:t xml:space="preserve">Nota de uso: </w:t>
      </w:r>
      <w:r>
        <w:t>Este es un formato general. Si la reunión pertenece a una junta, comité, asociación, sociedad u otro órgano formal, adapta el documento a las reglas legales, estatutarias o internas aplicables.</w:t>
      </w:r>
    </w:p>
    <w:sectPr w:rsidR="00FC693F" w:rsidRPr="0006063C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acta de reunión en Word</dc:title>
  <dc:subject/>
  <dc:creator>TramiteAhora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