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Arial" w:hAnsi="Arial"/>
          <w:b/>
          <w:sz w:val="28"/>
        </w:rPr>
        <w:t>CONTRATO DE TRABAJO DEL HOGAR A PLAZO INDETERMINADO</w:t>
      </w:r>
    </w:p>
    <w:p>
      <w:pPr>
        <w:spacing w:before="0" w:after="100"/>
      </w:pPr>
      <w:r>
        <w:t>Conste por el presente documento el Contrato de Trabajo del Hogar que celebran, de una parte:</w:t>
      </w:r>
    </w:p>
    <w:p>
      <w:pPr>
        <w:spacing w:after="120"/>
      </w:pPr>
      <w:r>
        <w:rPr>
          <w:b/>
        </w:rPr>
        <w:t>LA PERSONA EMPLEADORA DEL HOGAR:</w:t>
      </w:r>
      <w:r>
        <w:br/>
        <w:t>Nombres y apellidos: [nombres y apellidos]</w:t>
        <w:br/>
        <w:t>Documento de identidad: [DNI / carné de extranjería / otro]</w:t>
        <w:br/>
        <w:t>Fecha de nacimiento: [fecha]</w:t>
        <w:br/>
        <w:t>Correo electrónico: [correo]</w:t>
        <w:br/>
        <w:t>Sexo: [dato]</w:t>
        <w:br/>
        <w:t>Estado civil: [estado civil]</w:t>
        <w:br/>
        <w:t>Profesión u oficio: [profesión u oficio]</w:t>
        <w:br/>
        <w:t>Domicilio: [dirección]</w:t>
      </w:r>
    </w:p>
    <w:p>
      <w:pPr>
        <w:spacing w:before="0" w:after="100"/>
      </w:pPr>
      <w:r>
        <w:t>Y, de la otra parte:</w:t>
      </w:r>
    </w:p>
    <w:p>
      <w:pPr>
        <w:spacing w:after="120"/>
      </w:pPr>
      <w:r>
        <w:rPr>
          <w:b/>
        </w:rPr>
        <w:t>LA PERSONA TRABAJADORA DEL HOGAR:</w:t>
      </w:r>
      <w:r>
        <w:br/>
        <w:t>Nombres y apellidos: [nombres y apellidos]</w:t>
        <w:br/>
        <w:t>Documento de identidad: [DNI / carné de extranjería / otro]</w:t>
        <w:br/>
        <w:t>Fecha de nacimiento: [fecha]</w:t>
        <w:br/>
        <w:t>Correo electrónico: [correo]</w:t>
        <w:br/>
        <w:t>Sexo: [dato]</w:t>
        <w:br/>
        <w:t>Estado civil: [estado civil]</w:t>
        <w:br/>
        <w:t>Profesión u oficio: [profesión u oficio]</w:t>
        <w:br/>
        <w:t>Domicilio: [dirección]</w:t>
      </w:r>
    </w:p>
    <w:p>
      <w:pPr>
        <w:spacing w:before="0" w:after="100"/>
      </w:pPr>
      <w:r>
        <w:t>Ambas partes acuerdan celebrar el presente contrato bajo las siguientes condiciones:</w:t>
      </w:r>
    </w:p>
    <w:p>
      <w:pPr>
        <w:spacing w:before="120" w:after="80"/>
      </w:pPr>
      <w:r>
        <w:rPr>
          <w:b/>
        </w:rPr>
        <w:t>PRIMERA.- LABORES CONTRATADAS</w:t>
      </w:r>
    </w:p>
    <w:p>
      <w:pPr>
        <w:spacing w:after="100"/>
        <w:jc w:val="both"/>
      </w:pPr>
      <w:r>
        <w:t>LA PERSONA TRABAJADORA DEL HOGAR realizará las siguientes labores: [limpieza, cocina, lavado, planchado, mantenimiento, cuidado de niñas o niños, personas adultas mayores, personas enfermas, personas con discapacidad, mascotas domésticas u otras labores propias del hogar].</w:t>
      </w:r>
    </w:p>
    <w:p>
      <w:pPr>
        <w:spacing w:after="100"/>
        <w:jc w:val="both"/>
      </w:pPr>
      <w:r>
        <w:t>Los servicios se prestarán en: [dirección del domicilio o domicilios donde se realizarán las labores].</w:t>
      </w:r>
    </w:p>
    <w:p>
      <w:pPr>
        <w:spacing w:before="120" w:after="80"/>
      </w:pPr>
      <w:r>
        <w:rPr>
          <w:b/>
        </w:rPr>
        <w:t>SEGUNDA.- TIEMPO LABORADO PREVIAMENTE</w:t>
      </w:r>
    </w:p>
    <w:p>
      <w:pPr>
        <w:spacing w:after="100"/>
        <w:jc w:val="both"/>
      </w:pPr>
      <w:r>
        <w:t>Las partes dejan constancia de que, antes de la firma del presente contrato, LA PERSONA TRABAJADORA DEL HOGAR [no ha prestado servicios previamente / viene prestando servicios desde el día ___ de ______ de _____].</w:t>
      </w:r>
    </w:p>
    <w:p>
      <w:pPr>
        <w:spacing w:before="120" w:after="80"/>
      </w:pPr>
      <w:r>
        <w:rPr>
          <w:b/>
        </w:rPr>
        <w:t>TERCERA.- INICIO Y MODALIDAD DE PRESTACIÓN</w:t>
      </w:r>
    </w:p>
    <w:p>
      <w:pPr>
        <w:spacing w:before="0" w:after="100"/>
      </w:pPr>
      <w:r>
        <w:t>La relación laboral se inicia el [fecha] y se celebra a plazo indeterminado.</w:t>
      </w:r>
    </w:p>
    <w:p>
      <w:pPr>
        <w:spacing w:before="0" w:after="100"/>
      </w:pPr>
      <w:r>
        <w:t>La modalidad de prestación será:</w:t>
      </w:r>
    </w:p>
    <w:p>
      <w:pPr>
        <w:spacing w:after="40"/>
        <w:ind w:left="283"/>
      </w:pPr>
      <w:r>
        <w:t>[ ] Con residencia en el hogar a tiempo completo.</w:t>
      </w:r>
    </w:p>
    <w:p>
      <w:pPr>
        <w:spacing w:after="40"/>
        <w:ind w:left="283"/>
      </w:pPr>
      <w:r>
        <w:t>[ ] Con residencia en el hogar a tiempo parcial.</w:t>
      </w:r>
    </w:p>
    <w:p>
      <w:pPr>
        <w:spacing w:after="40"/>
        <w:ind w:left="283"/>
      </w:pPr>
      <w:r>
        <w:t>[ ] Sin residencia en el hogar a tiempo completo.</w:t>
      </w:r>
    </w:p>
    <w:p>
      <w:pPr>
        <w:spacing w:after="40"/>
        <w:ind w:left="283"/>
      </w:pPr>
      <w:r>
        <w:t>[ ] Sin residencia en el hogar a tiempo parcial.</w:t>
      </w:r>
    </w:p>
    <w:p>
      <w:pPr>
        <w:spacing w:before="120" w:after="80"/>
      </w:pPr>
      <w:r>
        <w:rPr>
          <w:b/>
        </w:rPr>
        <w:t>CUARTA.- JORNADA, HORARIO, REFRIGERIO Y DESCANSO</w:t>
      </w:r>
    </w:p>
    <w:p>
      <w:pPr>
        <w:spacing w:after="100"/>
        <w:jc w:val="both"/>
      </w:pPr>
      <w:r>
        <w:t>La jornada será de [número] horas diarias y [número] horas semanales, de [día] a [día], en el siguiente horario: [horario].</w:t>
      </w:r>
    </w:p>
    <w:p>
      <w:pPr>
        <w:spacing w:after="100"/>
        <w:jc w:val="both"/>
      </w:pPr>
      <w:r>
        <w:t>El tiempo de refrigerio será de no menos de 45 minutos y se otorgará dentro del horario de trabajo conforme a la legislación vigente. Por regla general, este tiempo no forma parte de la jornada, salvo acuerdo o disposición en contrario.</w:t>
      </w:r>
    </w:p>
    <w:p>
      <w:pPr>
        <w:spacing w:after="100"/>
        <w:jc w:val="both"/>
      </w:pPr>
      <w:r>
        <w:t>El día de descanso semanal será [día].</w:t>
      </w:r>
    </w:p>
    <w:p>
      <w:pPr>
        <w:spacing w:before="120" w:after="80"/>
      </w:pPr>
      <w:r>
        <w:rPr>
          <w:b/>
        </w:rPr>
        <w:t>QUINTA.- REMUNERACIÓN Y FORMA DE PAGO</w:t>
      </w:r>
    </w:p>
    <w:p>
      <w:pPr>
        <w:spacing w:after="100"/>
        <w:jc w:val="both"/>
      </w:pPr>
      <w:r>
        <w:t>LA PERSONA EMPLEADORA DEL HOGAR pagará a LA PERSONA TRABAJADORA DEL HOGAR una remuneración de S/ [monto], con periodicidad [semanal / quincenal / mensual], respetando el mínimo legal que corresponda según la jornada pactada.</w:t>
      </w:r>
    </w:p>
    <w:p>
      <w:pPr>
        <w:spacing w:after="100"/>
        <w:jc w:val="both"/>
      </w:pPr>
      <w:r>
        <w:t>El pago se realizará mediante [efectivo / transferencia bancaria]. Si se utiliza transferencia bancaria, LA PERSONA TRABAJADORA DEL HOGAR manifiesta expresamente su consentimiento para utilizar este medio de pago.</w:t>
      </w:r>
    </w:p>
    <w:p>
      <w:pPr>
        <w:spacing w:after="100"/>
        <w:jc w:val="both"/>
      </w:pPr>
      <w:r>
        <w:t>De corresponder:</w:t>
      </w:r>
    </w:p>
    <w:p>
      <w:pPr>
        <w:spacing w:before="0" w:after="100"/>
      </w:pPr>
      <w:r>
        <w:t>Entidad financiera: [nombre]</w:t>
        <w:br/>
        <w:t>Número de cuenta: [número]</w:t>
        <w:br/>
        <w:t>CCI: [número]</w:t>
      </w:r>
    </w:p>
    <w:p>
      <w:pPr>
        <w:spacing w:before="120" w:after="80"/>
      </w:pPr>
      <w:r>
        <w:rPr>
          <w:b/>
        </w:rPr>
        <w:t>SEXTA.- ALIMENTACIÓN, ALOJAMIENTO Y OTRAS CONDICIONES DE TRABAJO</w:t>
      </w:r>
    </w:p>
    <w:p>
      <w:pPr>
        <w:spacing w:after="100"/>
        <w:jc w:val="both"/>
      </w:pPr>
      <w:r>
        <w:t>Las partes dejan constancia de las siguientes condiciones: [describir alimentación, alojamiento, uniforme, equipos, herramientas u otras condiciones de trabajo, cuando correspondan].</w:t>
      </w:r>
    </w:p>
    <w:p>
      <w:pPr>
        <w:spacing w:after="100"/>
        <w:jc w:val="both"/>
      </w:pPr>
      <w:r>
        <w:t>La alimentación y el alojamiento no forman parte de la remuneración y no podrán descontarse de ella. Tampoco podrá descontarse el costo de uniformes, equipos, herramientas u otras condiciones de trabajo que corresponda proporcionar a LA PERSONA EMPLEADORA DEL HOGAR.</w:t>
      </w:r>
    </w:p>
    <w:p>
      <w:pPr>
        <w:spacing w:before="120" w:after="80"/>
      </w:pPr>
      <w:r>
        <w:rPr>
          <w:b/>
        </w:rPr>
        <w:t>SÉPTIMA.- BENEFICIOS LABORALES</w:t>
      </w:r>
    </w:p>
    <w:p>
      <w:pPr>
        <w:spacing w:before="0" w:after="100"/>
      </w:pPr>
      <w:r>
        <w:t>LA PERSONA TRABAJADORA DEL HOGAR tendrá los derechos y beneficios reconocidos por la Ley N.° 31047, su Reglamento y las demás normas aplicables, incluyendo, según corresponda:</w:t>
      </w:r>
    </w:p>
    <w:p>
      <w:pPr>
        <w:spacing w:after="40"/>
        <w:ind w:left="283"/>
      </w:pPr>
      <w:r>
        <w:t>• gratificación legal por Fiestas Patrias;</w:t>
      </w:r>
    </w:p>
    <w:p>
      <w:pPr>
        <w:spacing w:after="40"/>
        <w:ind w:left="283"/>
      </w:pPr>
      <w:r>
        <w:t>• gratificación legal por Navidad;</w:t>
      </w:r>
    </w:p>
    <w:p>
      <w:pPr>
        <w:spacing w:after="40"/>
        <w:ind w:left="283"/>
      </w:pPr>
      <w:r>
        <w:t>• bonificación extraordinaria vinculada al pago de las gratificaciones;</w:t>
      </w:r>
    </w:p>
    <w:p>
      <w:pPr>
        <w:spacing w:after="40"/>
        <w:ind w:left="283"/>
      </w:pPr>
      <w:r>
        <w:t>• Compensación por Tiempo de Servicios (CTS);</w:t>
      </w:r>
    </w:p>
    <w:p>
      <w:pPr>
        <w:spacing w:after="40"/>
        <w:ind w:left="283"/>
      </w:pPr>
      <w:r>
        <w:t>• descanso vacacional anual remunerado;</w:t>
      </w:r>
    </w:p>
    <w:p>
      <w:pPr>
        <w:spacing w:after="40"/>
        <w:ind w:left="283"/>
      </w:pPr>
      <w:r>
        <w:t>• descanso semanal y feriados;</w:t>
      </w:r>
    </w:p>
    <w:p>
      <w:pPr>
        <w:spacing w:after="40"/>
        <w:ind w:left="283"/>
      </w:pPr>
      <w:r>
        <w:t>• seguridad social en salud;</w:t>
      </w:r>
    </w:p>
    <w:p>
      <w:pPr>
        <w:spacing w:after="40"/>
        <w:ind w:left="283"/>
      </w:pPr>
      <w:r>
        <w:t>• afiliación al sistema previsional;</w:t>
      </w:r>
    </w:p>
    <w:p>
      <w:pPr>
        <w:spacing w:after="40"/>
        <w:ind w:left="283"/>
      </w:pPr>
      <w:r>
        <w:t>• los demás derechos establecidos por la legislación vigente.</w:t>
      </w:r>
    </w:p>
    <w:p>
      <w:pPr>
        <w:spacing w:before="120" w:after="80"/>
      </w:pPr>
      <w:r>
        <w:rPr>
          <w:b/>
        </w:rPr>
        <w:t>OCTAVA.- EDUCACIÓN</w:t>
      </w:r>
    </w:p>
    <w:p>
      <w:pPr>
        <w:spacing w:after="100"/>
        <w:jc w:val="both"/>
      </w:pPr>
      <w:r>
        <w:t>LA PERSONA TRABAJADORA DEL HOGAR comunica que [se encuentra / no se encuentra] realizando estudios. Cuando corresponda, las partes acuerdan las siguientes facilidades para continuar su formación: [detallar].</w:t>
      </w:r>
    </w:p>
    <w:p>
      <w:pPr>
        <w:spacing w:before="120" w:after="80"/>
      </w:pPr>
      <w:r>
        <w:rPr>
          <w:b/>
        </w:rPr>
        <w:t>NOVENA.- SEGURIDAD SOCIAL</w:t>
      </w:r>
    </w:p>
    <w:p>
      <w:pPr>
        <w:spacing w:after="100"/>
        <w:jc w:val="both"/>
      </w:pPr>
      <w:r>
        <w:t>LA PERSONA EMPLEADORA DEL HOGAR cumplirá con las obligaciones que correspondan respecto de EsSalud y del sistema previsional elegido por LA PERSONA TRABAJADORA DEL HOGAR, conforme a la normativa vigente.</w:t>
      </w:r>
    </w:p>
    <w:p>
      <w:pPr>
        <w:spacing w:before="120" w:after="80"/>
      </w:pPr>
      <w:r>
        <w:rPr>
          <w:b/>
        </w:rPr>
        <w:t>DÉCIMA.- REGISTRO DEL CONTRATO</w:t>
      </w:r>
    </w:p>
    <w:p>
      <w:pPr>
        <w:spacing w:after="100"/>
        <w:jc w:val="both"/>
      </w:pPr>
      <w:r>
        <w:t>LA PERSONA EMPLEADORA DEL HOGAR registrará el presente contrato en el Registro del Trabajo del Hogar a cargo del Ministerio de Trabajo y Promoción del Empleo dentro del plazo legal y entregará a LA PERSONA TRABAJADORA DEL HOGAR la constancia correspondiente.</w:t>
      </w:r>
    </w:p>
    <w:p>
      <w:pPr>
        <w:spacing w:before="120" w:after="80"/>
      </w:pPr>
      <w:r>
        <w:rPr>
          <w:b/>
        </w:rPr>
        <w:t>DÉCIMA PRIMERA.- NORMATIVA APLICABLE</w:t>
      </w:r>
    </w:p>
    <w:p>
      <w:pPr>
        <w:spacing w:after="100"/>
        <w:jc w:val="both"/>
      </w:pPr>
      <w:r>
        <w:t>En todo lo no previsto en este contrato se aplica la Ley N.° 31047, su Reglamento aprobado por el Decreto Supremo N.° 009-2021-TR, sus normas complementarias y, cuando corresponda, las disposiciones aplicables del régimen laboral de la actividad privada.</w:t>
      </w:r>
    </w:p>
    <w:p>
      <w:pPr>
        <w:spacing w:before="160" w:after="280"/>
      </w:pPr>
      <w:r>
        <w:t>En señal de conformidad, se firman dos ejemplares del presente contrato en [ciudad], a los [día] días del mes de [mes] de [año].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spacing w:before="560"/>
              <w:jc w:val="center"/>
            </w:pPr>
            <w:r>
              <w:t>______________________________</w:t>
              <w:br/>
            </w:r>
            <w:r>
              <w:rPr>
                <w:b/>
              </w:rPr>
              <w:t>LA PERSONA EMPLEADORA DEL HOGAR</w:t>
              <w:br/>
            </w:r>
            <w:r>
              <w:t>Nombre: [nombre]</w:t>
              <w:br/>
              <w:t>Documento de identidad: [número]</w:t>
            </w:r>
          </w:p>
        </w:tc>
        <w:tc>
          <w:tcPr>
            <w:tcW w:type="dxa" w:w="4986"/>
          </w:tcPr>
          <w:p>
            <w:pPr>
              <w:spacing w:before="560"/>
              <w:jc w:val="center"/>
            </w:pPr>
            <w:r>
              <w:t>______________________________</w:t>
              <w:br/>
            </w:r>
            <w:r>
              <w:rPr>
                <w:b/>
              </w:rPr>
              <w:t>LA PERSONA TRABAJADORA DEL HOGAR</w:t>
              <w:br/>
            </w:r>
            <w:r>
              <w:t>Nombre: [nombre]</w:t>
              <w:br/>
              <w:t>Documento de identidad: [número]</w:t>
            </w:r>
          </w:p>
        </w:tc>
      </w:tr>
    </w:tbl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contrato de trabajo del hogar a plazo indeterminado</dc:title>
  <dc:subject>Modelo de contrato de trabajo para empleada del hogar en Perú</dc:subject>
  <dc:creator>TramiteAhora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