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center"/>
      </w:pPr>
      <w:r>
        <w:rPr>
          <w:rFonts w:ascii="Arial" w:hAnsi="Arial"/>
          <w:b/>
          <w:sz w:val="26"/>
        </w:rPr>
        <w:t>CONTRATO DE ALQUILER DE MOTOTAXI PARA SERVICIO DE PASAJEROS</w:t>
      </w:r>
    </w:p>
    <w:p>
      <w:pPr>
        <w:spacing w:before="0" w:after="120"/>
        <w:jc w:val="both"/>
      </w:pPr>
      <w:r>
        <w:rPr>
          <w:rFonts w:ascii="Arial" w:hAnsi="Arial"/>
          <w:b w:val="0"/>
          <w:sz w:val="20"/>
        </w:rPr>
        <w:t>Conste por el presente documento el Contrato de Alquiler de Mototaxi que celebran, de una parte, [nombres y apellidos del propietario], identificado(a) con DNI N.° [número], con domicilio en [dirección], a quien en adelante se denominará EL ARRENDADOR; y, de la otra parte, [nombres y apellidos del arrendatario], identificado(a) con DNI N.° [número], con domicilio en [dirección], a quien en adelante se denominará EL ARRENDATARIO; bajo las siguientes condiciones:</w:t>
      </w:r>
    </w:p>
    <w:p>
      <w:pPr>
        <w:spacing w:before="80" w:after="60"/>
        <w:jc w:val="left"/>
      </w:pPr>
      <w:r>
        <w:rPr>
          <w:rFonts w:ascii="Arial" w:hAnsi="Arial"/>
          <w:b/>
          <w:sz w:val="20"/>
        </w:rPr>
        <w:t>PRIMERA.- OBJETO DEL CONTRATO</w:t>
      </w:r>
    </w:p>
    <w:p>
      <w:pPr>
        <w:spacing w:before="0" w:after="90"/>
        <w:jc w:val="both"/>
      </w:pPr>
      <w:r>
        <w:rPr>
          <w:rFonts w:ascii="Arial" w:hAnsi="Arial"/>
          <w:b w:val="0"/>
          <w:sz w:val="20"/>
        </w:rPr>
        <w:t>EL ARRENDADOR entrega en alquiler a EL ARRENDATARIO el vehículo automotor menor categoría L5 de su propiedad, cuyas características son:</w:t>
      </w:r>
    </w:p>
    <w:tbl>
      <w:tblPr>
        <w:tblW w:type="auto" w:w="0"/>
        <w:jc w:val="left"/>
        <w:tblLayout w:type="autofit"/>
        <w:tblLook w:firstColumn="1" w:firstRow="1" w:lastColumn="0" w:lastRow="0" w:noHBand="0" w:noVBand="1" w:val="04A0"/>
      </w:tblPr>
      <w:tblGrid>
        <w:gridCol w:w="5100"/>
        <w:gridCol w:w="5100"/>
      </w:tblGrid>
      <w:tr>
        <w:tc>
          <w:tcPr>
            <w:tcW w:type="dxa" w:w="5100"/>
            <w:vAlign w:val="center"/>
          </w:tcPr>
          <w:p>
            <w:pPr>
              <w:spacing w:after="0"/>
              <w:jc w:val="left"/>
            </w:pPr>
            <w:r>
              <w:rPr>
                <w:rFonts w:ascii="Arial" w:hAnsi="Arial"/>
                <w:sz w:val="20"/>
              </w:rPr>
              <w:t>Placa: [__________]</w:t>
            </w:r>
          </w:p>
        </w:tc>
        <w:tc>
          <w:tcPr>
            <w:tcW w:type="dxa" w:w="5100"/>
            <w:vAlign w:val="center"/>
          </w:tcPr>
          <w:p>
            <w:pPr>
              <w:spacing w:after="0"/>
              <w:jc w:val="left"/>
            </w:pPr>
            <w:r>
              <w:rPr>
                <w:rFonts w:ascii="Arial" w:hAnsi="Arial"/>
                <w:sz w:val="20"/>
              </w:rPr>
              <w:t>Marca: [__________]</w:t>
            </w:r>
          </w:p>
        </w:tc>
      </w:tr>
      <w:tr>
        <w:tc>
          <w:tcPr>
            <w:tcW w:type="dxa" w:w="5100"/>
            <w:vAlign w:val="center"/>
          </w:tcPr>
          <w:p>
            <w:pPr>
              <w:spacing w:after="0"/>
              <w:jc w:val="left"/>
            </w:pPr>
            <w:r>
              <w:rPr>
                <w:rFonts w:ascii="Arial" w:hAnsi="Arial"/>
                <w:sz w:val="20"/>
              </w:rPr>
              <w:t>Modelo: [__________]</w:t>
            </w:r>
          </w:p>
        </w:tc>
        <w:tc>
          <w:tcPr>
            <w:tcW w:type="dxa" w:w="5100"/>
            <w:vAlign w:val="center"/>
          </w:tcPr>
          <w:p>
            <w:pPr>
              <w:spacing w:after="0"/>
              <w:jc w:val="left"/>
            </w:pPr>
            <w:r>
              <w:rPr>
                <w:rFonts w:ascii="Arial" w:hAnsi="Arial"/>
                <w:sz w:val="20"/>
              </w:rPr>
              <w:t>Año de fabricación: [__________]</w:t>
            </w:r>
          </w:p>
        </w:tc>
      </w:tr>
      <w:tr>
        <w:tc>
          <w:tcPr>
            <w:tcW w:type="dxa" w:w="5100"/>
            <w:vAlign w:val="center"/>
          </w:tcPr>
          <w:p>
            <w:pPr>
              <w:spacing w:after="0"/>
              <w:jc w:val="left"/>
            </w:pPr>
            <w:r>
              <w:rPr>
                <w:rFonts w:ascii="Arial" w:hAnsi="Arial"/>
                <w:sz w:val="20"/>
              </w:rPr>
              <w:t>Color: [__________]</w:t>
            </w:r>
          </w:p>
        </w:tc>
        <w:tc>
          <w:tcPr>
            <w:tcW w:type="dxa" w:w="5100"/>
            <w:vAlign w:val="center"/>
          </w:tcPr>
          <w:p>
            <w:pPr>
              <w:spacing w:after="0"/>
              <w:jc w:val="left"/>
            </w:pPr>
            <w:r>
              <w:rPr>
                <w:rFonts w:ascii="Arial" w:hAnsi="Arial"/>
                <w:sz w:val="20"/>
              </w:rPr>
              <w:t>N.° de motor: [__________]</w:t>
            </w:r>
          </w:p>
        </w:tc>
      </w:tr>
      <w:tr>
        <w:tc>
          <w:tcPr>
            <w:tcW w:type="dxa" w:w="5100"/>
            <w:vAlign w:val="center"/>
          </w:tcPr>
          <w:p>
            <w:pPr>
              <w:spacing w:after="0"/>
              <w:jc w:val="left"/>
            </w:pPr>
            <w:r>
              <w:rPr>
                <w:rFonts w:ascii="Arial" w:hAnsi="Arial"/>
                <w:sz w:val="20"/>
              </w:rPr>
              <w:t>N.° de serie/VIN: [__________]</w:t>
            </w:r>
          </w:p>
        </w:tc>
        <w:tc>
          <w:tcPr>
            <w:tcW w:type="dxa" w:w="5100"/>
            <w:vAlign w:val="center"/>
          </w:tcPr>
          <w:p>
            <w:pPr>
              <w:spacing w:after="0"/>
              <w:jc w:val="left"/>
            </w:pPr>
            <w:r>
              <w:rPr>
                <w:rFonts w:ascii="Arial" w:hAnsi="Arial"/>
                <w:sz w:val="20"/>
              </w:rPr>
              <w:t>Tarjeta de identificación vehicular: [__________]</w:t>
            </w:r>
          </w:p>
        </w:tc>
      </w:tr>
    </w:tbl>
    <w:p>
      <w:pPr>
        <w:spacing w:before="40" w:after="90"/>
        <w:jc w:val="both"/>
      </w:pPr>
      <w:r>
        <w:rPr>
          <w:rFonts w:ascii="Arial" w:hAnsi="Arial"/>
          <w:b w:val="0"/>
          <w:sz w:val="20"/>
        </w:rPr>
        <w:t>La mototaxi será destinada al servicio de transporte público especial de pasajeros en [distrito/provincia], siempre que EL ARRENDATARIO, el vehículo y el servicio cumplan con los requisitos legales y administrativos aplicables.</w:t>
      </w:r>
    </w:p>
    <w:p>
      <w:pPr>
        <w:spacing w:before="0" w:after="90"/>
        <w:jc w:val="both"/>
      </w:pPr>
      <w:r>
        <w:rPr>
          <w:rFonts w:ascii="Arial" w:hAnsi="Arial"/>
          <w:b w:val="0"/>
          <w:sz w:val="20"/>
        </w:rPr>
        <w:t>Cuando corresponda al servicio regulado por la Ley N.° 31917, EL ARRENDATARIO deberá cumplir las condiciones exigidas para actuar como prestador y pertenecer a una persona jurídica autorizada, debiendo encontrarse el vehículo afiliado al transportador autorizado correspondiente.</w:t>
      </w:r>
    </w:p>
    <w:p>
      <w:pPr>
        <w:spacing w:before="80" w:after="60"/>
        <w:jc w:val="left"/>
      </w:pPr>
      <w:r>
        <w:rPr>
          <w:rFonts w:ascii="Arial" w:hAnsi="Arial"/>
          <w:b/>
          <w:sz w:val="20"/>
        </w:rPr>
        <w:t>SEGUNDA.- PLAZO DEL CONTRATO</w:t>
      </w:r>
    </w:p>
    <w:p>
      <w:pPr>
        <w:spacing w:before="0" w:after="90"/>
        <w:jc w:val="both"/>
      </w:pPr>
      <w:r>
        <w:rPr>
          <w:rFonts w:ascii="Arial" w:hAnsi="Arial"/>
          <w:b w:val="0"/>
          <w:sz w:val="20"/>
        </w:rPr>
        <w:t>El presente contrato tendrá una duración de [número de días/semanas/meses], iniciándose el [fecha] y concluyendo el [fecha]. Cualquier prórroga deberá ser acordada entre las partes.</w:t>
      </w:r>
    </w:p>
    <w:p>
      <w:pPr>
        <w:spacing w:before="80" w:after="60"/>
        <w:jc w:val="left"/>
      </w:pPr>
      <w:r>
        <w:rPr>
          <w:rFonts w:ascii="Arial" w:hAnsi="Arial"/>
          <w:b/>
          <w:sz w:val="20"/>
        </w:rPr>
        <w:t>TERCERA.- RENTA Y FORMA DE PAGO</w:t>
      </w:r>
    </w:p>
    <w:p>
      <w:pPr>
        <w:spacing w:before="0" w:after="90"/>
        <w:jc w:val="both"/>
      </w:pPr>
      <w:r>
        <w:rPr>
          <w:rFonts w:ascii="Arial" w:hAnsi="Arial"/>
          <w:b w:val="0"/>
          <w:sz w:val="20"/>
        </w:rPr>
        <w:t>EL ARRENDATARIO pagará a EL ARRENDADOR la suma de S/ [importe] por [día / semana / mes]. El pago se realizará [indicar fecha, día u horario] mediante [efectivo / transferencia / otro medio acordado].</w:t>
      </w:r>
    </w:p>
    <w:p>
      <w:pPr>
        <w:spacing w:before="0" w:after="90"/>
        <w:jc w:val="both"/>
      </w:pPr>
      <w:r>
        <w:rPr>
          <w:rFonts w:ascii="Arial" w:hAnsi="Arial"/>
          <w:b w:val="0"/>
          <w:sz w:val="20"/>
        </w:rPr>
        <w:t>Las partes procurarán dejar constancia de los pagos mediante recibo, transferencia u otro medio que permita acreditarlos.</w:t>
      </w:r>
    </w:p>
    <w:p>
      <w:pPr>
        <w:spacing w:before="80" w:after="60"/>
        <w:jc w:val="left"/>
      </w:pPr>
      <w:r>
        <w:rPr>
          <w:rFonts w:ascii="Arial" w:hAnsi="Arial"/>
          <w:b/>
          <w:sz w:val="20"/>
        </w:rPr>
        <w:t>CUARTA.- GARANTÍA</w:t>
      </w:r>
    </w:p>
    <w:p>
      <w:pPr>
        <w:spacing w:before="0" w:after="90"/>
        <w:jc w:val="both"/>
      </w:pPr>
      <w:r>
        <w:rPr>
          <w:rFonts w:ascii="Arial" w:hAnsi="Arial"/>
          <w:b w:val="0"/>
          <w:sz w:val="20"/>
        </w:rPr>
        <w:t>Las partes acuerdan [establecer / no establecer] una garantía. De pactarse, EL ARRENDATARIO entregará la suma de S/ [importe], que será devuelta al finalizar el contrato después de verificar el estado del vehículo y efectuar la liquidación correspondiente.</w:t>
      </w:r>
    </w:p>
    <w:p>
      <w:pPr>
        <w:spacing w:before="0" w:after="90"/>
        <w:jc w:val="both"/>
      </w:pPr>
      <w:r>
        <w:rPr>
          <w:rFonts w:ascii="Arial" w:hAnsi="Arial"/>
          <w:b w:val="0"/>
          <w:sz w:val="20"/>
        </w:rPr>
        <w:t>La garantía podrá aplicarse, cuando corresponda y pueda acreditarse, a rentas pendientes, daños imputables a EL ARRENDATARIO u otras obligaciones expresamente previstas en el contrato.</w:t>
      </w:r>
    </w:p>
    <w:p>
      <w:pPr>
        <w:spacing w:before="80" w:after="60"/>
        <w:jc w:val="left"/>
      </w:pPr>
      <w:r>
        <w:rPr>
          <w:rFonts w:ascii="Arial" w:hAnsi="Arial"/>
          <w:b/>
          <w:sz w:val="20"/>
        </w:rPr>
        <w:t>QUINTA.- ENTREGA Y ESTADO DEL VEHÍCULO</w:t>
      </w:r>
    </w:p>
    <w:p>
      <w:pPr>
        <w:spacing w:before="0" w:after="90"/>
        <w:jc w:val="both"/>
      </w:pPr>
      <w:r>
        <w:rPr>
          <w:rFonts w:ascii="Arial" w:hAnsi="Arial"/>
          <w:b w:val="0"/>
          <w:sz w:val="20"/>
        </w:rPr>
        <w:t>EL ARRENDADOR entrega la mototaxi en el estado descrito en el Anexo de Entrega, que forma parte del presente contrato. Las partes podrán adjuntar fotografías para acreditar el kilometraje, accesorios, llaves, documentación y daños preexistentes.</w:t>
      </w:r>
    </w:p>
    <w:p>
      <w:pPr>
        <w:spacing w:before="80" w:after="60"/>
        <w:jc w:val="left"/>
      </w:pPr>
      <w:r>
        <w:rPr>
          <w:rFonts w:ascii="Arial" w:hAnsi="Arial"/>
          <w:b/>
          <w:sz w:val="20"/>
        </w:rPr>
        <w:t>SEXTA.- OBLIGACIONES DEL ARRENDADOR</w:t>
      </w:r>
    </w:p>
    <w:p>
      <w:pPr>
        <w:spacing w:before="0" w:after="90"/>
        <w:jc w:val="left"/>
      </w:pPr>
      <w:r>
        <w:rPr>
          <w:rFonts w:ascii="Arial" w:hAnsi="Arial"/>
          <w:b w:val="0"/>
          <w:sz w:val="20"/>
        </w:rPr>
        <w:t>EL ARRENDADOR se obliga a:</w:t>
      </w:r>
    </w:p>
    <w:p>
      <w:pPr>
        <w:spacing w:after="30"/>
        <w:ind w:left="170" w:hanging="170"/>
        <w:jc w:val="left"/>
      </w:pPr>
      <w:r>
        <w:rPr>
          <w:rFonts w:ascii="Arial" w:hAnsi="Arial"/>
          <w:sz w:val="20"/>
        </w:rPr>
        <w:t>a) Entregar el vehículo en condiciones adecuadas de funcionamiento, salvo las observaciones consignadas en el Anexo de Entrega.</w:t>
      </w:r>
    </w:p>
    <w:p>
      <w:pPr>
        <w:spacing w:after="30"/>
        <w:ind w:left="170" w:hanging="170"/>
        <w:jc w:val="left"/>
      </w:pPr>
      <w:r>
        <w:rPr>
          <w:rFonts w:ascii="Arial" w:hAnsi="Arial"/>
          <w:sz w:val="20"/>
        </w:rPr>
        <w:t>b) Entregar o facilitar la documentación del vehículo que corresponda para el uso pactado.</w:t>
      </w:r>
    </w:p>
    <w:p>
      <w:pPr>
        <w:spacing w:after="30"/>
        <w:ind w:left="170" w:hanging="170"/>
        <w:jc w:val="left"/>
      </w:pPr>
      <w:r>
        <w:rPr>
          <w:rFonts w:ascii="Arial" w:hAnsi="Arial"/>
          <w:sz w:val="20"/>
        </w:rPr>
        <w:t>c) Asumir las reparaciones derivadas del desgaste normal, fallas propias del vehículo o desperfectos que no sean imputables al uso negligente o indebido de EL ARRENDATARIO, salvo pacto válido distinto.</w:t>
      </w:r>
    </w:p>
    <w:p>
      <w:pPr>
        <w:spacing w:after="30"/>
        <w:ind w:left="170" w:hanging="170"/>
        <w:jc w:val="left"/>
      </w:pPr>
      <w:r>
        <w:rPr>
          <w:rFonts w:ascii="Arial" w:hAnsi="Arial"/>
          <w:sz w:val="20"/>
        </w:rPr>
        <w:t>d) Informar a EL ARRENDATARIO sobre cualquier condición relevante del vehículo que pueda afectar su utilización.</w:t>
      </w:r>
    </w:p>
    <w:p>
      <w:pPr>
        <w:spacing w:before="80" w:after="60"/>
        <w:jc w:val="left"/>
      </w:pPr>
      <w:r>
        <w:rPr>
          <w:rFonts w:ascii="Arial" w:hAnsi="Arial"/>
          <w:b/>
          <w:sz w:val="20"/>
        </w:rPr>
        <w:t>SÉPTIMA.- OBLIGACIONES DEL ARRENDATARIO</w:t>
      </w:r>
    </w:p>
    <w:p>
      <w:pPr>
        <w:spacing w:before="0" w:after="90"/>
        <w:jc w:val="left"/>
      </w:pPr>
      <w:r>
        <w:rPr>
          <w:rFonts w:ascii="Arial" w:hAnsi="Arial"/>
          <w:b w:val="0"/>
          <w:sz w:val="20"/>
        </w:rPr>
        <w:t>EL ARRENDATARIO se obliga a:</w:t>
      </w:r>
    </w:p>
    <w:p>
      <w:pPr>
        <w:spacing w:after="30"/>
        <w:ind w:left="170" w:hanging="170"/>
        <w:jc w:val="left"/>
      </w:pPr>
      <w:r>
        <w:rPr>
          <w:rFonts w:ascii="Arial" w:hAnsi="Arial"/>
          <w:sz w:val="20"/>
        </w:rPr>
        <w:t>a) Utilizar la mototaxi únicamente para la finalidad pactada.</w:t>
      </w:r>
    </w:p>
    <w:p>
      <w:pPr>
        <w:spacing w:after="30"/>
        <w:ind w:left="170" w:hanging="170"/>
        <w:jc w:val="left"/>
      </w:pPr>
      <w:r>
        <w:rPr>
          <w:rFonts w:ascii="Arial" w:hAnsi="Arial"/>
          <w:sz w:val="20"/>
        </w:rPr>
        <w:t>b) Contar con licencia de conducir Clase B, categoría II-c (B-IIc) vigente cuando corresponda al servicio público de pasajeros en vehículo L5.</w:t>
      </w:r>
    </w:p>
    <w:p>
      <w:pPr>
        <w:spacing w:after="30"/>
        <w:ind w:left="170" w:hanging="170"/>
        <w:jc w:val="left"/>
      </w:pPr>
      <w:r>
        <w:rPr>
          <w:rFonts w:ascii="Arial" w:hAnsi="Arial"/>
          <w:sz w:val="20"/>
        </w:rPr>
        <w:t>c) Cumplir los requisitos necesarios para actuar como prestador del servicio y pertenecer a la persona jurídica autorizada correspondiente.</w:t>
      </w:r>
    </w:p>
    <w:p>
      <w:pPr>
        <w:spacing w:after="30"/>
        <w:ind w:left="170" w:hanging="170"/>
        <w:jc w:val="left"/>
      </w:pPr>
      <w:r>
        <w:rPr>
          <w:rFonts w:ascii="Arial" w:hAnsi="Arial"/>
          <w:sz w:val="20"/>
        </w:rPr>
        <w:t>d) Conducir y conservar el vehículo de manera diligente.</w:t>
      </w:r>
    </w:p>
    <w:p>
      <w:pPr>
        <w:spacing w:after="30"/>
        <w:ind w:left="170" w:hanging="170"/>
        <w:jc w:val="left"/>
      </w:pPr>
      <w:r>
        <w:rPr>
          <w:rFonts w:ascii="Arial" w:hAnsi="Arial"/>
          <w:sz w:val="20"/>
        </w:rPr>
        <w:t>e) Asumir combustible, limpieza y demás gastos ordinarios expresamente pactados a su cargo.</w:t>
      </w:r>
    </w:p>
    <w:p>
      <w:pPr>
        <w:spacing w:after="30"/>
        <w:ind w:left="170" w:hanging="170"/>
        <w:jc w:val="left"/>
      </w:pPr>
      <w:r>
        <w:rPr>
          <w:rFonts w:ascii="Arial" w:hAnsi="Arial"/>
          <w:sz w:val="20"/>
        </w:rPr>
        <w:t>f) Comunicar de inmediato cualquier accidente, avería, pérdida o daño relevante.</w:t>
      </w:r>
    </w:p>
    <w:p>
      <w:pPr>
        <w:spacing w:after="30"/>
        <w:ind w:left="170" w:hanging="170"/>
        <w:jc w:val="left"/>
      </w:pPr>
      <w:r>
        <w:rPr>
          <w:rFonts w:ascii="Arial" w:hAnsi="Arial"/>
          <w:sz w:val="20"/>
        </w:rPr>
        <w:t>g) No ceder, subarrendar ni entregar la conducción habitual del vehículo a otra persona sin autorización de EL ARRENDADOR.</w:t>
      </w:r>
    </w:p>
    <w:p>
      <w:pPr>
        <w:spacing w:after="30"/>
        <w:ind w:left="170" w:hanging="170"/>
        <w:jc w:val="left"/>
      </w:pPr>
      <w:r>
        <w:rPr>
          <w:rFonts w:ascii="Arial" w:hAnsi="Arial"/>
          <w:sz w:val="20"/>
        </w:rPr>
        <w:t>h) Cumplir las normas de tránsito y las disposiciones aplicables al servicio.</w:t>
      </w:r>
    </w:p>
    <w:p>
      <w:pPr>
        <w:spacing w:before="80" w:after="60"/>
        <w:jc w:val="left"/>
      </w:pPr>
      <w:r>
        <w:rPr>
          <w:rFonts w:ascii="Arial" w:hAnsi="Arial"/>
          <w:b/>
          <w:sz w:val="20"/>
        </w:rPr>
        <w:t>OCTAVA.- MANTENIMIENTO Y REPARACIONES</w:t>
      </w:r>
    </w:p>
    <w:p>
      <w:pPr>
        <w:spacing w:before="0" w:after="90"/>
        <w:jc w:val="both"/>
      </w:pPr>
      <w:r>
        <w:rPr>
          <w:rFonts w:ascii="Arial" w:hAnsi="Arial"/>
          <w:b w:val="0"/>
          <w:sz w:val="20"/>
        </w:rPr>
        <w:t>Los gastos de combustible, lavado y mantenimiento ordinario serán asumidos por [indicar parte responsable].</w:t>
      </w:r>
    </w:p>
    <w:p>
      <w:pPr>
        <w:spacing w:before="0" w:after="90"/>
        <w:jc w:val="both"/>
      </w:pPr>
      <w:r>
        <w:rPr>
          <w:rFonts w:ascii="Arial" w:hAnsi="Arial"/>
          <w:b w:val="0"/>
          <w:sz w:val="20"/>
        </w:rPr>
        <w:t>Las reparaciones mayores originadas por desgaste normal, defecto mecánico o fallas no atribuibles a EL ARRENDATARIO serán asumidas por EL ARRENDADOR, salvo acuerdo distinto permitido por ley.</w:t>
      </w:r>
    </w:p>
    <w:p>
      <w:pPr>
        <w:spacing w:before="0" w:after="90"/>
        <w:jc w:val="both"/>
      </w:pPr>
      <w:r>
        <w:rPr>
          <w:rFonts w:ascii="Arial" w:hAnsi="Arial"/>
          <w:b w:val="0"/>
          <w:sz w:val="20"/>
        </w:rPr>
        <w:t>Los daños ocasionados directamente por uso indebido, negligencia, conducción temeraria o incumplimiento atribuible a EL ARRENDATARIO podrán ser asumidos por este, previa determinación de la causa y del costo correspondiente.</w:t>
      </w:r>
    </w:p>
    <w:p>
      <w:pPr>
        <w:spacing w:before="80" w:after="60"/>
        <w:jc w:val="left"/>
      </w:pPr>
      <w:r>
        <w:rPr>
          <w:rFonts w:ascii="Arial" w:hAnsi="Arial"/>
          <w:b/>
          <w:sz w:val="20"/>
        </w:rPr>
        <w:t>NOVENA.- MULTAS E INFRACCIONES</w:t>
      </w:r>
    </w:p>
    <w:p>
      <w:pPr>
        <w:spacing w:before="0" w:after="90"/>
        <w:jc w:val="both"/>
      </w:pPr>
      <w:r>
        <w:rPr>
          <w:rFonts w:ascii="Arial" w:hAnsi="Arial"/>
          <w:b w:val="0"/>
          <w:sz w:val="20"/>
        </w:rPr>
        <w:t>Las multas o infracciones originadas directamente por la conducta de EL ARRENDATARIO durante el período en que tenga el vehículo bajo su control serán asumidas económicamente por este en la relación interna entre las partes, sin perjuicio de la responsabilidad que legalmente corresponda frente a la autoridad competente.</w:t>
      </w:r>
    </w:p>
    <w:p>
      <w:pPr>
        <w:spacing w:before="80" w:after="60"/>
        <w:jc w:val="left"/>
      </w:pPr>
      <w:r>
        <w:rPr>
          <w:rFonts w:ascii="Arial" w:hAnsi="Arial"/>
          <w:b/>
          <w:sz w:val="20"/>
        </w:rPr>
        <w:t>DÉCIMA.- DOCUMENTACIÓN, SEGURO Y CONDICIONES PARA EL SERVICIO</w:t>
      </w:r>
    </w:p>
    <w:p>
      <w:pPr>
        <w:spacing w:before="0" w:after="90"/>
        <w:jc w:val="both"/>
      </w:pPr>
      <w:r>
        <w:rPr>
          <w:rFonts w:ascii="Arial" w:hAnsi="Arial"/>
          <w:b w:val="0"/>
          <w:sz w:val="20"/>
        </w:rPr>
        <w:t>Las partes reconocen que este contrato no habilita por sí mismo la prestación del servicio público de transporte de pasajeros.</w:t>
      </w:r>
    </w:p>
    <w:p>
      <w:pPr>
        <w:spacing w:before="0" w:after="90"/>
        <w:jc w:val="both"/>
      </w:pPr>
      <w:r>
        <w:rPr>
          <w:rFonts w:ascii="Arial" w:hAnsi="Arial"/>
          <w:b w:val="0"/>
          <w:sz w:val="20"/>
        </w:rPr>
        <w:t>Antes de operar deberán verificarse, según corresponda, la licencia B-IIc del conductor, la tarjeta de identificación vehicular, el SOAT o CAT vigente, el Certificado de Inspección Técnica Vehicular o revisión técnica exigible, la afiliación del vehículo al transportador autorizado, el certificado de operación y las demás autorizaciones o documentos requeridos por la normativa y la municipalidad correspondiente.</w:t>
      </w:r>
    </w:p>
    <w:p>
      <w:pPr>
        <w:spacing w:before="80" w:after="60"/>
        <w:jc w:val="left"/>
      </w:pPr>
      <w:r>
        <w:rPr>
          <w:rFonts w:ascii="Arial" w:hAnsi="Arial"/>
          <w:b/>
          <w:sz w:val="20"/>
        </w:rPr>
        <w:t>DÉCIMA PRIMERA.- RESPONSABILIDAD FRENTE A PASAJEROS Y TERCEROS</w:t>
      </w:r>
    </w:p>
    <w:p>
      <w:pPr>
        <w:spacing w:before="0" w:after="90"/>
        <w:jc w:val="both"/>
      </w:pPr>
      <w:r>
        <w:rPr>
          <w:rFonts w:ascii="Arial" w:hAnsi="Arial"/>
          <w:b w:val="0"/>
          <w:sz w:val="20"/>
        </w:rPr>
        <w:t>Cuando el presente contrato sea utilizado para el alquiler de un vehículo categoría L5 destinado al servicio regulado por la Ley N.° 31917, las partes reconocen la responsabilidad solidaria frente a cualquier afectación a pasajeros o terceros derivada del uso del vehículo menor, conforme a la normativa aplicable.</w:t>
      </w:r>
    </w:p>
    <w:p>
      <w:pPr>
        <w:spacing w:before="0" w:after="90"/>
        <w:jc w:val="both"/>
      </w:pPr>
      <w:r>
        <w:rPr>
          <w:rFonts w:ascii="Arial" w:hAnsi="Arial"/>
          <w:b w:val="0"/>
          <w:sz w:val="20"/>
        </w:rPr>
        <w:t>La distribución interna de gastos, reparaciones, multas o indemnizaciones acordada entre las partes no dejará sin efecto las responsabilidades que la legislación pueda atribuirles frente a pasajeros, terceros o autoridades.</w:t>
      </w:r>
    </w:p>
    <w:p>
      <w:pPr>
        <w:spacing w:before="80" w:after="60"/>
        <w:jc w:val="left"/>
      </w:pPr>
      <w:r>
        <w:rPr>
          <w:rFonts w:ascii="Arial" w:hAnsi="Arial"/>
          <w:b/>
          <w:sz w:val="20"/>
        </w:rPr>
        <w:t>DÉCIMA SEGUNDA.- ACCIDENTES Y DAÑOS</w:t>
      </w:r>
    </w:p>
    <w:p>
      <w:pPr>
        <w:spacing w:before="0" w:after="90"/>
        <w:jc w:val="both"/>
      </w:pPr>
      <w:r>
        <w:rPr>
          <w:rFonts w:ascii="Arial" w:hAnsi="Arial"/>
          <w:b w:val="0"/>
          <w:sz w:val="20"/>
        </w:rPr>
        <w:t>En caso de accidente, EL ARRENDATARIO deberá comunicar inmediatamente el hecho a EL ARRENDADOR y realizar las actuaciones que correspondan ante la autoridad, compañía de seguros u otra entidad competente.</w:t>
      </w:r>
    </w:p>
    <w:p>
      <w:pPr>
        <w:spacing w:before="0" w:after="90"/>
        <w:jc w:val="both"/>
      </w:pPr>
      <w:r>
        <w:rPr>
          <w:rFonts w:ascii="Arial" w:hAnsi="Arial"/>
          <w:b w:val="0"/>
          <w:sz w:val="20"/>
        </w:rPr>
        <w:t>La responsabilidad económica entre las partes se determinará considerando las circunstancias del hecho, la causa del daño, las coberturas de seguro existentes y las responsabilidades establecidas por la normativa aplicable.</w:t>
      </w:r>
    </w:p>
    <w:p>
      <w:pPr>
        <w:spacing w:before="80" w:after="60"/>
        <w:jc w:val="left"/>
      </w:pPr>
      <w:r>
        <w:rPr>
          <w:rFonts w:ascii="Arial" w:hAnsi="Arial"/>
          <w:b/>
          <w:sz w:val="20"/>
        </w:rPr>
        <w:t>DÉCIMA TERCERA.- RESOLUCIÓN ANTICIPADA</w:t>
      </w:r>
    </w:p>
    <w:p>
      <w:pPr>
        <w:spacing w:before="0" w:after="90"/>
        <w:jc w:val="both"/>
      </w:pPr>
      <w:r>
        <w:rPr>
          <w:rFonts w:ascii="Arial" w:hAnsi="Arial"/>
          <w:b w:val="0"/>
          <w:sz w:val="20"/>
        </w:rPr>
        <w:t>El contrato podrá terminar antes de su vencimiento por mutuo acuerdo, falta de pago, incumplimiento de una obligación esencial, utilización del vehículo para una finalidad no autorizada u otra causa expresamente pactada.</w:t>
      </w:r>
    </w:p>
    <w:p>
      <w:pPr>
        <w:spacing w:before="0" w:after="90"/>
        <w:jc w:val="both"/>
      </w:pPr>
      <w:r>
        <w:rPr>
          <w:rFonts w:ascii="Arial" w:hAnsi="Arial"/>
          <w:b w:val="0"/>
          <w:sz w:val="20"/>
        </w:rPr>
        <w:t>Salvo incumplimiento que justifique una resolución inmediata, la parte que decida concluir anticipadamente el contrato deberá comunicarlo con [número] días de anticipación.</w:t>
      </w:r>
    </w:p>
    <w:p>
      <w:pPr>
        <w:spacing w:before="80" w:after="60"/>
        <w:jc w:val="left"/>
      </w:pPr>
      <w:r>
        <w:rPr>
          <w:rFonts w:ascii="Arial" w:hAnsi="Arial"/>
          <w:b/>
          <w:sz w:val="20"/>
        </w:rPr>
        <w:t>DÉCIMA CUARTA.- DEVOLUCIÓN Y LIQUIDACIÓN</w:t>
      </w:r>
    </w:p>
    <w:p>
      <w:pPr>
        <w:spacing w:before="0" w:after="90"/>
        <w:jc w:val="both"/>
      </w:pPr>
      <w:r>
        <w:rPr>
          <w:rFonts w:ascii="Arial" w:hAnsi="Arial"/>
          <w:b w:val="0"/>
          <w:sz w:val="20"/>
        </w:rPr>
        <w:t>Al finalizar el contrato, EL ARRENDATARIO devolverá la mototaxi en el estado en que la recibió, considerando el desgaste normal producido por un uso adecuado.</w:t>
      </w:r>
    </w:p>
    <w:p>
      <w:pPr>
        <w:spacing w:before="0" w:after="90"/>
        <w:jc w:val="both"/>
      </w:pPr>
      <w:r>
        <w:rPr>
          <w:rFonts w:ascii="Arial" w:hAnsi="Arial"/>
          <w:b w:val="0"/>
          <w:sz w:val="20"/>
        </w:rPr>
        <w:t>Las partes efectuarán una liquidación de rentas pendientes, garantía, daños acreditados y demás obligaciones. Si existiera un saldo de garantía a favor de EL ARRENDATARIO, será devuelto después de efectuada dicha liquidación.</w:t>
      </w:r>
    </w:p>
    <w:p>
      <w:pPr>
        <w:spacing w:before="80" w:after="60"/>
        <w:jc w:val="left"/>
      </w:pPr>
      <w:r>
        <w:rPr>
          <w:rFonts w:ascii="Arial" w:hAnsi="Arial"/>
          <w:b/>
          <w:sz w:val="20"/>
        </w:rPr>
        <w:t>DÉCIMA QUINTA.- SOLUCIÓN DE CONTROVERSIAS</w:t>
      </w:r>
    </w:p>
    <w:p>
      <w:pPr>
        <w:spacing w:before="0" w:after="90"/>
        <w:jc w:val="both"/>
      </w:pPr>
      <w:r>
        <w:rPr>
          <w:rFonts w:ascii="Arial" w:hAnsi="Arial"/>
          <w:b w:val="0"/>
          <w:sz w:val="20"/>
        </w:rPr>
        <w:t>Las partes procurarán resolver mediante trato directo cualquier controversia derivada del presente contrato. Cuando corresponda podrán recurrir a conciliación extrajudicial y, de persistir la controversia, a los jueces competentes de [lugar], conforme a la legislación peruana.</w:t>
      </w:r>
    </w:p>
    <w:p>
      <w:pPr>
        <w:spacing w:before="80" w:after="60"/>
        <w:jc w:val="left"/>
      </w:pPr>
      <w:r>
        <w:rPr>
          <w:rFonts w:ascii="Arial" w:hAnsi="Arial"/>
          <w:b/>
          <w:sz w:val="20"/>
        </w:rPr>
        <w:t>DÉCIMA SEXTA.- LEGALIZACIÓN DEL CONTRATO</w:t>
      </w:r>
    </w:p>
    <w:p>
      <w:pPr>
        <w:spacing w:before="0" w:after="90"/>
        <w:jc w:val="both"/>
      </w:pPr>
      <w:r>
        <w:rPr>
          <w:rFonts w:ascii="Arial" w:hAnsi="Arial"/>
          <w:b w:val="0"/>
          <w:sz w:val="20"/>
        </w:rPr>
        <w:t>Cuando el presente contrato sea utilizado para acreditar el alquiler de una mototaxi categoría L5 dentro del servicio regulado por la Ley N.° 31917, las partes deberán efectuar la legalización que corresponda para cumplir con la exigencia de contar con un contrato de alquiler debidamente legalizado.</w:t>
      </w:r>
    </w:p>
    <w:p>
      <w:pPr>
        <w:spacing w:before="80" w:after="60"/>
        <w:jc w:val="left"/>
      </w:pPr>
      <w:r>
        <w:rPr>
          <w:rFonts w:ascii="Arial" w:hAnsi="Arial"/>
          <w:b/>
          <w:sz w:val="20"/>
        </w:rPr>
        <w:t>DÉCIMA SÉPTIMA.- ANEXOS</w:t>
      </w:r>
    </w:p>
    <w:p>
      <w:pPr>
        <w:spacing w:before="0" w:after="90"/>
        <w:jc w:val="left"/>
      </w:pPr>
      <w:r>
        <w:rPr>
          <w:rFonts w:ascii="Arial" w:hAnsi="Arial"/>
          <w:b w:val="0"/>
          <w:sz w:val="20"/>
        </w:rPr>
        <w:t>Podrán formar parte del presente contrato, según corresponda:</w:t>
      </w:r>
    </w:p>
    <w:p>
      <w:pPr>
        <w:spacing w:after="30"/>
        <w:ind w:left="170" w:hanging="170"/>
        <w:jc w:val="left"/>
      </w:pPr>
      <w:r>
        <w:rPr>
          <w:rFonts w:ascii="Arial" w:hAnsi="Arial"/>
          <w:sz w:val="20"/>
        </w:rPr>
        <w:t>- Copia del DNI de las partes.</w:t>
      </w:r>
    </w:p>
    <w:p>
      <w:pPr>
        <w:spacing w:after="30"/>
        <w:ind w:left="170" w:hanging="170"/>
        <w:jc w:val="left"/>
      </w:pPr>
      <w:r>
        <w:rPr>
          <w:rFonts w:ascii="Arial" w:hAnsi="Arial"/>
          <w:sz w:val="20"/>
        </w:rPr>
        <w:t>- Copia de la licencia de conducir B-IIc vigente de EL ARRENDATARIO.</w:t>
      </w:r>
    </w:p>
    <w:p>
      <w:pPr>
        <w:spacing w:after="30"/>
        <w:ind w:left="170" w:hanging="170"/>
        <w:jc w:val="left"/>
      </w:pPr>
      <w:r>
        <w:rPr>
          <w:rFonts w:ascii="Arial" w:hAnsi="Arial"/>
          <w:sz w:val="20"/>
        </w:rPr>
        <w:t>- Copia de la tarjeta de identificación vehicular.</w:t>
      </w:r>
    </w:p>
    <w:p>
      <w:pPr>
        <w:spacing w:after="30"/>
        <w:ind w:left="170" w:hanging="170"/>
        <w:jc w:val="left"/>
      </w:pPr>
      <w:r>
        <w:rPr>
          <w:rFonts w:ascii="Arial" w:hAnsi="Arial"/>
          <w:sz w:val="20"/>
        </w:rPr>
        <w:t>- Copia del SOAT o CAT vigente, según corresponda.</w:t>
      </w:r>
    </w:p>
    <w:p>
      <w:pPr>
        <w:spacing w:after="30"/>
        <w:ind w:left="170" w:hanging="170"/>
        <w:jc w:val="left"/>
      </w:pPr>
      <w:r>
        <w:rPr>
          <w:rFonts w:ascii="Arial" w:hAnsi="Arial"/>
          <w:sz w:val="20"/>
        </w:rPr>
        <w:t>- Copia del Certificado de Inspección Técnica Vehicular o documento equivalente cuando sea exigible.</w:t>
      </w:r>
    </w:p>
    <w:p>
      <w:pPr>
        <w:spacing w:after="30"/>
        <w:ind w:left="170" w:hanging="170"/>
        <w:jc w:val="left"/>
      </w:pPr>
      <w:r>
        <w:rPr>
          <w:rFonts w:ascii="Arial" w:hAnsi="Arial"/>
          <w:sz w:val="20"/>
        </w:rPr>
        <w:t>- Copia del documento que acredite la propiedad del vehículo.</w:t>
      </w:r>
    </w:p>
    <w:p>
      <w:pPr>
        <w:spacing w:after="30"/>
        <w:ind w:left="170" w:hanging="170"/>
        <w:jc w:val="left"/>
      </w:pPr>
      <w:r>
        <w:rPr>
          <w:rFonts w:ascii="Arial" w:hAnsi="Arial"/>
          <w:sz w:val="20"/>
        </w:rPr>
        <w:t>- Copia del certificado de operación, autorización u otro documento municipal aplicable.</w:t>
      </w:r>
    </w:p>
    <w:p>
      <w:pPr>
        <w:spacing w:after="30"/>
        <w:ind w:left="170" w:hanging="170"/>
        <w:jc w:val="left"/>
      </w:pPr>
      <w:r>
        <w:rPr>
          <w:rFonts w:ascii="Arial" w:hAnsi="Arial"/>
          <w:sz w:val="20"/>
        </w:rPr>
        <w:t>- Anexo de Entrega del vehículo.</w:t>
      </w:r>
    </w:p>
    <w:p>
      <w:pPr>
        <w:spacing w:after="30"/>
        <w:ind w:left="170" w:hanging="170"/>
        <w:jc w:val="left"/>
      </w:pPr>
      <w:r>
        <w:rPr>
          <w:rFonts w:ascii="Arial" w:hAnsi="Arial"/>
          <w:sz w:val="20"/>
        </w:rPr>
        <w:t>- Fotografías del estado del vehículo.</w:t>
      </w:r>
    </w:p>
    <w:p>
      <w:pPr>
        <w:spacing w:before="100" w:after="240"/>
        <w:jc w:val="both"/>
      </w:pPr>
      <w:r>
        <w:rPr>
          <w:rFonts w:ascii="Arial" w:hAnsi="Arial"/>
          <w:b w:val="0"/>
          <w:sz w:val="20"/>
        </w:rPr>
        <w:t>Firmado en [ciudad], el [día] de [mes] de [año], en señal de conformidad.</w:t>
      </w:r>
    </w:p>
    <w:tbl>
      <w:tblPr>
        <w:tblW w:type="auto" w:w="0"/>
        <w:jc w:val="center"/>
        <w:tblLook w:firstColumn="1" w:firstRow="1" w:lastColumn="0" w:lastRow="0" w:noHBand="0" w:noVBand="1" w:val="04A0"/>
      </w:tblPr>
      <w:tblGrid>
        <w:gridCol w:w="5100"/>
        <w:gridCol w:w="5100"/>
      </w:tblGrid>
      <w:tr>
        <w:tc>
          <w:tcPr>
            <w:tcW w:type="dxa" w:w="5100"/>
          </w:tcPr>
          <w:p>
            <w:pPr>
              <w:spacing w:after="0"/>
              <w:jc w:val="center"/>
            </w:pPr>
            <w:r>
              <w:rPr>
                <w:rFonts w:ascii="Arial" w:hAnsi="Arial"/>
                <w:b/>
                <w:sz w:val="20"/>
              </w:rPr>
              <w:t>EL ARRENDADOR</w:t>
            </w:r>
            <w:r>
              <w:rPr>
                <w:rFonts w:ascii="Arial" w:hAnsi="Arial"/>
                <w:sz w:val="20"/>
              </w:rPr>
              <w:br/>
              <w:t>______________________________</w:t>
            </w:r>
            <w:r>
              <w:rPr>
                <w:rFonts w:ascii="Arial" w:hAnsi="Arial"/>
                <w:sz w:val="20"/>
              </w:rPr>
              <w:br/>
              <w:t>[Nombres y apellidos]</w:t>
            </w:r>
            <w:r>
              <w:rPr>
                <w:rFonts w:ascii="Arial" w:hAnsi="Arial"/>
                <w:sz w:val="20"/>
              </w:rPr>
              <w:br/>
              <w:t>DNI N.° [__________]</w:t>
            </w:r>
          </w:p>
        </w:tc>
        <w:tc>
          <w:tcPr>
            <w:tcW w:type="dxa" w:w="5100"/>
          </w:tcPr>
          <w:p>
            <w:pPr>
              <w:spacing w:after="0"/>
              <w:jc w:val="center"/>
            </w:pPr>
            <w:r>
              <w:rPr>
                <w:rFonts w:ascii="Arial" w:hAnsi="Arial"/>
                <w:b/>
                <w:sz w:val="20"/>
              </w:rPr>
              <w:t>EL ARRENDATARIO</w:t>
            </w:r>
            <w:r>
              <w:rPr>
                <w:rFonts w:ascii="Arial" w:hAnsi="Arial"/>
                <w:sz w:val="20"/>
              </w:rPr>
              <w:br/>
              <w:t>______________________________</w:t>
            </w:r>
            <w:r>
              <w:rPr>
                <w:rFonts w:ascii="Arial" w:hAnsi="Arial"/>
                <w:sz w:val="20"/>
              </w:rPr>
              <w:br/>
              <w:t>[Nombres y apellidos]</w:t>
            </w:r>
            <w:r>
              <w:rPr>
                <w:rFonts w:ascii="Arial" w:hAnsi="Arial"/>
                <w:sz w:val="20"/>
              </w:rPr>
              <w:br/>
              <w:t>DNI N.° [__________]</w:t>
            </w:r>
          </w:p>
        </w:tc>
      </w:tr>
    </w:tbl>
    <w:sectPr w:rsidR="00FC693F" w:rsidRPr="0006063C" w:rsidSect="00034616">
      <w:pgSz w:w="12240" w:h="15840"/>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45" w:lineRule="auto"/>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contrato de alquiler de mototaxi</dc:title>
  <dc:subject>Contrato de alquiler de mototaxi para servicio de pasajeros</dc:subject>
  <dc:creator>TramiteAhora</dc:creator>
  <cp:keywords/>
  <dc:description>generated by python-docx</dc:description>
  <cp:lastModifiedBy/>
  <cp:revision>1</cp:revision>
  <dcterms:created xsi:type="dcterms:W3CDTF">2013-12-23T23:15:00Z</dcterms:created>
  <dcterms:modified xsi:type="dcterms:W3CDTF">2013-12-23T23:15:00Z</dcterms:modified>
  <cp:category/>
</cp:coreProperties>
</file>