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  <w:jc w:val="right"/>
      </w:pPr>
      <w:r>
        <w:rPr>
          <w:rFonts w:ascii="Arial" w:hAnsi="Arial"/>
          <w:b w:val="0"/>
          <w:sz w:val="21"/>
        </w:rPr>
        <w:t>[Ciudad], [día] de [mes] de [año]</w:t>
      </w:r>
    </w:p>
    <w:p>
      <w:pPr>
        <w:spacing w:after="160"/>
      </w:pPr>
      <w:r>
        <w:rPr>
          <w:b/>
        </w:rPr>
        <w:t>Señor(a):</w:t>
      </w:r>
      <w:r>
        <w:br/>
        <w:t>[Nombre y apellidos del destinatario]</w:t>
        <w:br/>
        <w:t>[Cargo del destinatario]</w:t>
        <w:br/>
        <w:t>[Razón social de la empresa]</w:t>
        <w:br/>
        <w:t>Presente.-</w:t>
      </w:r>
    </w:p>
    <w:p>
      <w:pPr>
        <w:spacing w:after="200"/>
      </w:pPr>
      <w:r>
        <w:rPr>
          <w:b/>
        </w:rPr>
        <w:t>Asunto: Carta de presentación para prácticas profesionales</w:t>
      </w:r>
    </w:p>
    <w:p>
      <w:pPr>
        <w:spacing w:before="0" w:after="160"/>
      </w:pPr>
      <w:r>
        <w:rPr>
          <w:rFonts w:ascii="Arial" w:hAnsi="Arial"/>
          <w:b w:val="0"/>
          <w:sz w:val="21"/>
        </w:rPr>
        <w:t>De nuestra consideración:</w:t>
      </w:r>
    </w:p>
    <w:p>
      <w:pPr>
        <w:spacing w:after="140"/>
        <w:jc w:val="both"/>
      </w:pPr>
      <w:r>
        <w:t>Es grato dirigirnos a usted para expresarle nuestro cordial saludo y, a la vez, presentar al(la) señor(a) [nombres y apellidos del egresado], identificado(a) con DNI N.° [número de DNI], quien tiene la condición de egresado(a) de la carrera profesional de [nombre de la carrera] de [nombre de la universidad o centro de formación profesional] y no ha obtenido aún el título profesional.</w:t>
      </w:r>
    </w:p>
    <w:p>
      <w:pPr>
        <w:spacing w:after="140"/>
        <w:jc w:val="both"/>
      </w:pPr>
      <w:r>
        <w:t>El(la) mencionado(a) egresado(a) desea realizar sus prácticas profesionales en [razón social de la empresa], con la finalidad de complementar y consolidar la formación recibida mediante el desarrollo de actividades relacionadas con su especialidad.</w:t>
      </w:r>
    </w:p>
    <w:p>
      <w:pPr>
        <w:spacing w:after="140"/>
        <w:jc w:val="both"/>
      </w:pPr>
      <w:r>
        <w:t>Esta modalidad formativa laboral se desarrolla en el marco de la Ley N.° 28518, Ley sobre Modalidades Formativas Laborales, su Reglamento y las demás disposiciones que resulten aplicables.</w:t>
      </w:r>
    </w:p>
    <w:p>
      <w:pPr>
        <w:spacing w:after="140"/>
        <w:jc w:val="both"/>
      </w:pPr>
      <w:r>
        <w:t>De corresponder, el período solicitado para las prácticas profesionales es de [número de meses], sujeto al período máximo aplicable, a las condiciones previstas por la normativa vigente y a las disposiciones del centro de formación profesional.</w:t>
      </w:r>
    </w:p>
    <w:p>
      <w:pPr>
        <w:spacing w:after="140"/>
        <w:jc w:val="both"/>
      </w:pPr>
      <w:r>
        <w:t>Agradecemos la atención brindada a la presente y las facilidades que puedan otorgarse para continuar con el proceso de formalización de las prácticas profesionales.</w:t>
      </w:r>
    </w:p>
    <w:p>
      <w:pPr>
        <w:spacing w:after="140"/>
        <w:jc w:val="both"/>
      </w:pPr>
      <w:r>
        <w:t>Sin otro particular, quedamos de usted.</w:t>
      </w:r>
    </w:p>
    <w:p>
      <w:pPr>
        <w:spacing w:before="0" w:after="360"/>
      </w:pPr>
      <w:r>
        <w:rPr>
          <w:rFonts w:ascii="Arial" w:hAnsi="Arial"/>
          <w:b w:val="0"/>
          <w:sz w:val="21"/>
        </w:rPr>
        <w:t>Atentamente,</w:t>
      </w:r>
    </w:p>
    <w:p>
      <w:pPr>
        <w:spacing w:before="360" w:after="0"/>
      </w:pPr>
      <w:r>
        <w:t>______________________________</w:t>
        <w:br/>
      </w:r>
      <w:r>
        <w:rPr>
          <w:b/>
        </w:rPr>
        <w:t>[Nombre del representante autorizado]</w:t>
        <w:br/>
      </w:r>
      <w:r>
        <w:t>[Cargo]</w:t>
        <w:br/>
        <w:t>[Universidad o centro de formación profesional]</w:t>
        <w:br/>
        <w:t>[Correo / teléfono, si corresponde]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presentación para prácticas profesionales</dc:title>
  <dc:subject>Modelo de carta de presentación institucional para prácticas profesionales</dc:subject>
  <dc:creator>TramiteAhora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