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="269" w:lineRule="auto"/>
        <w:jc w:val="right"/>
      </w:pPr>
      <w:r>
        <w:rPr>
          <w:rFonts w:ascii="Arial" w:hAnsi="Arial" w:eastAsia="Arial"/>
          <w:b w:val="0"/>
          <w:i w:val="0"/>
          <w:sz w:val="21"/>
        </w:rPr>
        <w:t>[Ciudad], [fecha]</w:t>
      </w:r>
    </w:p>
    <w:p>
      <w:pPr>
        <w:spacing w:before="0" w:after="400" w:line="269" w:lineRule="auto"/>
        <w:jc w:val="center"/>
      </w:pPr>
      <w:r>
        <w:rPr>
          <w:rFonts w:ascii="Arial" w:hAnsi="Arial" w:eastAsia="Arial"/>
          <w:b/>
          <w:sz w:val="30"/>
          <w:u w:val="single"/>
        </w:rPr>
        <w:t>CARTA DE RENUNCIA POR ACOSO LABORAL</w:t>
      </w:r>
    </w:p>
    <w:p>
      <w:pPr>
        <w:spacing w:before="0" w:after="160" w:line="269" w:lineRule="auto"/>
      </w:pPr>
      <w:r>
        <w:rPr>
          <w:rFonts w:ascii="Arial" w:hAnsi="Arial" w:eastAsia="Arial"/>
          <w:b/>
          <w:i w:val="0"/>
          <w:sz w:val="21"/>
        </w:rPr>
        <w:t>Señores:</w:t>
        <w:br/>
      </w:r>
      <w:r>
        <w:rPr>
          <w:rFonts w:ascii="Arial" w:hAnsi="Arial" w:eastAsia="Arial"/>
          <w:b w:val="0"/>
          <w:i w:val="0"/>
          <w:sz w:val="21"/>
        </w:rPr>
        <w:t>[Nombre o razón social de la empresa]</w:t>
        <w:br/>
      </w:r>
      <w:r>
        <w:rPr>
          <w:rFonts w:ascii="Arial" w:hAnsi="Arial" w:eastAsia="Arial"/>
          <w:b w:val="0"/>
          <w:i w:val="0"/>
          <w:sz w:val="21"/>
        </w:rPr>
        <w:t>Atención: [Recursos Humanos / representante de la empresa / jefe responsable]</w:t>
      </w:r>
    </w:p>
    <w:p>
      <w:pPr>
        <w:spacing w:before="0" w:after="280" w:line="269" w:lineRule="auto"/>
      </w:pPr>
      <w:r>
        <w:rPr>
          <w:rFonts w:ascii="Arial" w:hAnsi="Arial" w:eastAsia="Arial"/>
          <w:b/>
          <w:i w:val="0"/>
          <w:sz w:val="21"/>
        </w:rPr>
        <w:t xml:space="preserve">Asunto: </w:t>
      </w:r>
      <w:r>
        <w:rPr>
          <w:rFonts w:ascii="Arial" w:hAnsi="Arial" w:eastAsia="Arial"/>
          <w:b w:val="0"/>
          <w:i w:val="0"/>
          <w:sz w:val="21"/>
        </w:rPr>
        <w:t>Renuncia al puesto de [cargo]</w:t>
      </w:r>
    </w:p>
    <w:p>
      <w:pPr>
        <w:spacing w:before="0" w:after="200" w:line="269" w:lineRule="auto"/>
      </w:pPr>
      <w:r>
        <w:t>De mi consideración: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sz w:val="21"/>
        </w:rPr>
        <w:t xml:space="preserve">Yo, </w:t>
      </w:r>
      <w:r>
        <w:rPr>
          <w:rFonts w:ascii="Arial" w:hAnsi="Arial" w:eastAsia="Arial"/>
          <w:b/>
          <w:i w:val="0"/>
          <w:sz w:val="21"/>
        </w:rPr>
        <w:t>[nombres y apellidos]</w:t>
      </w:r>
      <w:r>
        <w:rPr>
          <w:rFonts w:ascii="Arial" w:hAnsi="Arial" w:eastAsia="Arial"/>
          <w:b w:val="0"/>
          <w:i w:val="0"/>
          <w:sz w:val="21"/>
        </w:rPr>
        <w:t xml:space="preserve">, identificado(a) con DNI N.° [número], quien actualmente desempeña el cargo de </w:t>
      </w:r>
      <w:r>
        <w:rPr>
          <w:rFonts w:ascii="Arial" w:hAnsi="Arial" w:eastAsia="Arial"/>
          <w:b/>
          <w:i w:val="0"/>
          <w:sz w:val="21"/>
        </w:rPr>
        <w:t>[cargo]</w:t>
      </w:r>
      <w:r>
        <w:rPr>
          <w:rFonts w:ascii="Arial" w:hAnsi="Arial" w:eastAsia="Arial"/>
          <w:b w:val="0"/>
          <w:i w:val="0"/>
          <w:sz w:val="21"/>
        </w:rPr>
        <w:t xml:space="preserve"> en [nombre de la empresa], por medio de la presente comunico formalmente mi decisión de renunciar al puesto que vengo ocupando.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sz w:val="21"/>
        </w:rPr>
        <w:t xml:space="preserve">Esta decisión se encuentra motivada por hechos que considero de </w:t>
      </w:r>
      <w:r>
        <w:rPr>
          <w:rFonts w:ascii="Arial" w:hAnsi="Arial" w:eastAsia="Arial"/>
          <w:b/>
          <w:i w:val="0"/>
          <w:sz w:val="21"/>
        </w:rPr>
        <w:t>acoso u hostilidad laboral</w:t>
      </w:r>
      <w:r>
        <w:rPr>
          <w:rFonts w:ascii="Arial" w:hAnsi="Arial" w:eastAsia="Arial"/>
          <w:b w:val="0"/>
          <w:i w:val="0"/>
          <w:sz w:val="21"/>
        </w:rPr>
        <w:t>, ocurridos desde aproximadamente [fecha o periodo], entre los cuales se encuentran [describir brevemente los hechos relevantes]. Estas circunstancias han afectado el normal desarrollo de mis labores y han influido en mi decisión de poner fin a la relación laboral.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/>
          <w:i w:val="0"/>
          <w:sz w:val="21"/>
        </w:rPr>
        <w:t xml:space="preserve">[Párrafo opcional si los hechos fueron comunicados previamente:] </w:t>
      </w:r>
      <w:r>
        <w:rPr>
          <w:rFonts w:ascii="Arial" w:hAnsi="Arial" w:eastAsia="Arial"/>
          <w:b w:val="0"/>
          <w:i w:val="0"/>
          <w:sz w:val="21"/>
        </w:rPr>
        <w:t>Los hechos mencionados fueron comunicados previamente a [Recursos Humanos / superior / empleador] mediante [correo, carta, reunión u otro medio] con fecha [fecha], sin que hasta el momento se haya alcanzado una solución adecuada.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sz w:val="21"/>
        </w:rPr>
        <w:t xml:space="preserve">En consecuencia, presento mi renuncia con fecha de cese prevista para el </w:t>
      </w:r>
      <w:r>
        <w:rPr>
          <w:rFonts w:ascii="Arial" w:hAnsi="Arial" w:eastAsia="Arial"/>
          <w:b/>
          <w:i w:val="0"/>
          <w:sz w:val="21"/>
        </w:rPr>
        <w:t>[fecha de cese]</w:t>
      </w:r>
      <w:r>
        <w:rPr>
          <w:rFonts w:ascii="Arial" w:hAnsi="Arial" w:eastAsia="Arial"/>
          <w:b w:val="0"/>
          <w:i w:val="0"/>
          <w:sz w:val="21"/>
        </w:rPr>
        <w:t>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/>
          <w:i w:val="0"/>
          <w:sz w:val="21"/>
        </w:rPr>
        <w:t xml:space="preserve">[Párrafo opcional si solicitas la exoneración del preaviso:] </w:t>
      </w:r>
      <w:r>
        <w:rPr>
          <w:rFonts w:ascii="Arial" w:hAnsi="Arial" w:eastAsia="Arial"/>
          <w:b w:val="0"/>
          <w:i w:val="0"/>
          <w:sz w:val="21"/>
        </w:rPr>
        <w:t>Asimismo, solicito la exoneración del plazo de preaviso correspondiente, a fin de que mi cese se haga efectivo el [fecha solicitada]. Agradeceré que la respuesta a esta solicitud me sea comunicada por escrito.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sz w:val="21"/>
        </w:rPr>
        <w:t>Solicito que, al producirse el cese, se efectúe el pago de los beneficios sociales que legalmente correspondan y se me entregue la documentación laboral pertinente.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sz w:val="21"/>
        </w:rPr>
        <w:t>La presente comunicación tiene por finalidad formalizar mi renuncia y dejar constancia de los motivos que sustentan mi decisión.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sz w:val="21"/>
        </w:rPr>
        <w:t>Agradeceré se me entregue un cargo o constancia de recepción de esta carta.</w:t>
      </w:r>
    </w:p>
    <w:p>
      <w:pPr>
        <w:spacing w:before="160" w:after="440" w:line="269" w:lineRule="auto"/>
      </w:pPr>
      <w:r>
        <w:t>Atentamente,</w:t>
      </w:r>
    </w:p>
    <w:p>
      <w:pPr>
        <w:spacing w:before="0" w:after="0" w:line="269" w:lineRule="auto"/>
        <w:jc w:val="center"/>
      </w:pPr>
      <w:r>
        <w:rPr>
          <w:rFonts w:ascii="Arial" w:hAnsi="Arial" w:eastAsia="Arial"/>
          <w:b w:val="0"/>
          <w:i w:val="0"/>
          <w:sz w:val="21"/>
        </w:rPr>
        <w:t>______________________________</w:t>
        <w:br/>
      </w:r>
      <w:r>
        <w:rPr>
          <w:rFonts w:ascii="Arial" w:hAnsi="Arial" w:eastAsia="Arial"/>
          <w:b/>
          <w:i w:val="0"/>
          <w:sz w:val="21"/>
        </w:rPr>
        <w:t>[Nombres y apellidos]</w:t>
        <w:br/>
      </w:r>
      <w:r>
        <w:rPr>
          <w:rFonts w:ascii="Arial" w:hAnsi="Arial" w:eastAsia="Arial"/>
          <w:b w:val="0"/>
          <w:i w:val="0"/>
          <w:sz w:val="21"/>
        </w:rPr>
        <w:t>DNI N.° [número]</w:t>
        <w:br/>
      </w:r>
      <w:r>
        <w:rPr>
          <w:rFonts w:ascii="Arial" w:hAnsi="Arial" w:eastAsia="Arial"/>
          <w:b w:val="0"/>
          <w:i w:val="0"/>
          <w:sz w:val="21"/>
        </w:rPr>
        <w:t>Teléfono: [número]</w:t>
        <w:br/>
      </w:r>
      <w:r>
        <w:rPr>
          <w:rFonts w:ascii="Arial" w:hAnsi="Arial" w:eastAsia="Arial"/>
          <w:b w:val="0"/>
          <w:i w:val="0"/>
          <w:sz w:val="21"/>
        </w:rPr>
        <w:t>Correo electrónico: [correo]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Renuncia por Acoso Laboral en Perú</dc:title>
  <dc:subject>Modelo editable para renuncia voluntaria por acoso u hostilidad laboral</dc:subject>
  <dc:creator>TramiteAhora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