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SOLICITUD DE NUEVO SUMINISTRO ELÉCTRICO E INSTALACIÓN DE MEDIDOR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FF4D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  <w:jc w:val="both"/>
            </w:pPr>
            <w:r>
              <w:rPr>
                <w:b/>
                <w:color w:val="784C00"/>
              </w:rPr>
              <w:t xml:space="preserve">IMPORTANTE: </w:t>
            </w:r>
            <w:r>
              <w:rPr>
                <w:color w:val="463714"/>
                <w:sz w:val="16"/>
              </w:rPr>
              <w:t>Verifique si la distribuidora utiliza un formulario o canal digital propio y revise sus requisitos antes de presentar esta carta.</w:t>
            </w:r>
          </w:p>
        </w:tc>
      </w:tr>
    </w:tbl>
    <w:p>
      <w:pPr>
        <w:spacing w:after="20"/>
        <w:jc w:val="right"/>
      </w:pPr>
      <w:r>
        <w:rPr>
          <w:color w:val="960000"/>
        </w:rPr>
        <w:t>[Ciudad], [fecha]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1814"/>
            <w:tcMar>
              <w:top w:w="10" w:type="dxa"/>
              <w:start w:w="0" w:type="dxa"/>
              <w:bottom w:w="10" w:type="dxa"/>
              <w:end w:w="0" w:type="dxa"/>
            </w:tcMar>
          </w:tcPr>
          <w:p>
            <w:r>
              <w:rPr>
                <w:b/>
                <w:color w:val="1F2B4A"/>
              </w:rPr>
              <w:t>Señores:</w:t>
            </w:r>
          </w:p>
        </w:tc>
        <w:tc>
          <w:tcPr>
            <w:tcW w:type="dxa" w:w="7937"/>
            <w:tcMar>
              <w:top w:w="10" w:type="dxa"/>
              <w:start w:w="0" w:type="dxa"/>
              <w:bottom w:w="10" w:type="dxa"/>
              <w:end w:w="0" w:type="dxa"/>
            </w:tcMar>
          </w:tcPr>
          <w:p>
            <w:r>
              <w:rPr>
                <w:color w:val="960000"/>
              </w:rPr>
              <w:t>[Nombre de la empresa distribuidora]</w:t>
            </w:r>
          </w:p>
        </w:tc>
      </w:tr>
      <w:tr>
        <w:tc>
          <w:tcPr>
            <w:tcW w:type="dxa" w:w="1814"/>
            <w:tcMar>
              <w:top w:w="10" w:type="dxa"/>
              <w:start w:w="0" w:type="dxa"/>
              <w:bottom w:w="10" w:type="dxa"/>
              <w:end w:w="0" w:type="dxa"/>
            </w:tcMar>
          </w:tcPr>
          <w:p>
            <w:r>
              <w:rPr>
                <w:b/>
                <w:color w:val="1F2B4A"/>
              </w:rPr>
              <w:t>Área:</w:t>
            </w:r>
          </w:p>
        </w:tc>
        <w:tc>
          <w:tcPr>
            <w:tcW w:type="dxa" w:w="7937"/>
            <w:tcMar>
              <w:top w:w="10" w:type="dxa"/>
              <w:start w:w="0" w:type="dxa"/>
              <w:bottom w:w="10" w:type="dxa"/>
              <w:end w:w="0" w:type="dxa"/>
            </w:tcMar>
          </w:tcPr>
          <w:p>
            <w:r>
              <w:rPr>
                <w:color w:val="960000"/>
              </w:rPr>
              <w:t>[Nuevos Suministros / Atención al Cliente]</w:t>
            </w:r>
          </w:p>
        </w:tc>
      </w:tr>
      <w:tr>
        <w:tc>
          <w:tcPr>
            <w:tcW w:type="dxa" w:w="1814"/>
            <w:tcMar>
              <w:top w:w="10" w:type="dxa"/>
              <w:start w:w="0" w:type="dxa"/>
              <w:bottom w:w="10" w:type="dxa"/>
              <w:end w:w="0" w:type="dxa"/>
            </w:tcMar>
          </w:tcPr>
          <w:p>
            <w:r>
              <w:rPr>
                <w:b/>
                <w:color w:val="1F2B4A"/>
              </w:rPr>
              <w:t>Dirección o canal:</w:t>
            </w:r>
          </w:p>
        </w:tc>
        <w:tc>
          <w:tcPr>
            <w:tcW w:type="dxa" w:w="7937"/>
            <w:tcMar>
              <w:top w:w="10" w:type="dxa"/>
              <w:start w:w="0" w:type="dxa"/>
              <w:bottom w:w="10" w:type="dxa"/>
              <w:end w:w="0" w:type="dxa"/>
            </w:tcMar>
          </w:tcPr>
          <w:p>
            <w:r>
              <w:rPr>
                <w:color w:val="960000"/>
              </w:rPr>
              <w:t>[Completar, si corresponde]</w:t>
            </w:r>
          </w:p>
        </w:tc>
      </w:tr>
    </w:tbl>
    <w:p>
      <w:pPr>
        <w:spacing w:before="60" w:after="60"/>
      </w:pPr>
      <w:r>
        <w:rPr>
          <w:b/>
          <w:color w:val="1F2B4A"/>
        </w:rPr>
        <w:t xml:space="preserve">Asunto: </w:t>
      </w:r>
      <w:r>
        <w:rPr>
          <w:b/>
        </w:rPr>
        <w:t>Solicitud de evaluación para nuevo suministro eléctrico e instalación de medidor</w:t>
      </w:r>
    </w:p>
    <w:p>
      <w:pPr>
        <w:jc w:val="both"/>
      </w:pPr>
      <w:r>
        <w:t xml:space="preserve">Yo, </w:t>
      </w:r>
      <w:r>
        <w:rPr>
          <w:b/>
          <w:color w:val="960000"/>
        </w:rPr>
        <w:t>[nombres y apellidos completos]</w:t>
      </w:r>
      <w:r>
        <w:t xml:space="preserve">, identificado(a) con DNI/Carné de Extranjería N.° </w:t>
      </w:r>
      <w:r>
        <w:rPr>
          <w:color w:val="960000"/>
        </w:rPr>
        <w:t>[número]</w:t>
      </w:r>
      <w:r>
        <w:t xml:space="preserve">, con domicilio en </w:t>
      </w:r>
      <w:r>
        <w:rPr>
          <w:color w:val="960000"/>
        </w:rPr>
        <w:t>[dirección]</w:t>
      </w:r>
      <w:r>
        <w:t xml:space="preserve">, teléfono </w:t>
      </w:r>
      <w:r>
        <w:rPr>
          <w:color w:val="960000"/>
        </w:rPr>
        <w:t>[número]</w:t>
      </w:r>
      <w:r>
        <w:t xml:space="preserve"> y correo electrónico </w:t>
      </w:r>
      <w:r>
        <w:rPr>
          <w:color w:val="960000"/>
        </w:rPr>
        <w:t>[correo]</w:t>
      </w:r>
      <w:r>
        <w:t>, solicito la evaluación de un nuevo suministro eléctrico y la instalación del medidor correspondiente en el siguiente predio:</w:t>
      </w:r>
    </w:p>
    <w:p>
      <w:pPr>
        <w:pStyle w:val="SectionLabel"/>
      </w:pPr>
      <w:r>
        <w:t>DATOS DEL PREDIO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64"/>
        <w:gridCol w:w="2564"/>
        <w:gridCol w:w="2564"/>
        <w:gridCol w:w="2564"/>
      </w:tblGrid>
      <w:tr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shd w:fill="EEF1F8"/>
            <w:vAlign w:val="center"/>
          </w:tcPr>
          <w:p>
            <w:r>
              <w:rPr>
                <w:b/>
                <w:color w:val="1F2B4A"/>
              </w:rPr>
              <w:t>Dirección exacta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vAlign w:val="center"/>
          </w:tcPr>
          <w:p>
            <w:r>
              <w:rPr>
                <w:color w:val="960000"/>
              </w:rPr>
              <w:t>[calle, número, lote, manzana]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shd w:fill="EEF1F8"/>
            <w:vAlign w:val="center"/>
          </w:tcPr>
          <w:p>
            <w:r>
              <w:rPr>
                <w:b/>
                <w:color w:val="1F2B4A"/>
              </w:rPr>
              <w:t>Distrito/provincia/departamento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vAlign w:val="center"/>
          </w:tcPr>
          <w:p>
            <w:r>
              <w:rPr>
                <w:color w:val="960000"/>
              </w:rPr>
              <w:t>[completar]</w:t>
            </w:r>
          </w:p>
        </w:tc>
      </w:tr>
      <w:tr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shd w:fill="EEF1F8"/>
            <w:vAlign w:val="center"/>
          </w:tcPr>
          <w:p>
            <w:r>
              <w:rPr>
                <w:b/>
                <w:color w:val="1F2B4A"/>
              </w:rPr>
              <w:t>Referencia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vAlign w:val="center"/>
          </w:tcPr>
          <w:p>
            <w:r>
              <w:rPr>
                <w:color w:val="960000"/>
              </w:rPr>
              <w:t>[indicar una referencia visible]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shd w:fill="EEF1F8"/>
            <w:vAlign w:val="center"/>
          </w:tcPr>
          <w:p>
            <w:r>
              <w:rPr>
                <w:b/>
                <w:color w:val="1F2B4A"/>
              </w:rPr>
              <w:t>Uso del predio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vAlign w:val="center"/>
          </w:tcPr>
          <w:p>
            <w:r>
              <w:rPr>
                <w:color w:val="960000"/>
              </w:rPr>
              <w:t>[vivienda / comercio / otro]</w:t>
            </w:r>
          </w:p>
        </w:tc>
      </w:tr>
      <w:tr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shd w:fill="EEF1F8"/>
            <w:vAlign w:val="center"/>
          </w:tcPr>
          <w:p>
            <w:r>
              <w:rPr>
                <w:b/>
                <w:color w:val="1F2B4A"/>
              </w:rPr>
              <w:t>Condición del solicitante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vAlign w:val="center"/>
          </w:tcPr>
          <w:p>
            <w:r>
              <w:rPr>
                <w:color w:val="960000"/>
              </w:rPr>
              <w:t>[propietario / poseedor / inquilino autorizado / representante]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shd w:fill="EEF1F8"/>
            <w:vAlign w:val="center"/>
          </w:tcPr>
          <w:p>
            <w:r>
              <w:rPr>
                <w:b/>
                <w:color w:val="1F2B4A"/>
              </w:rPr>
              <w:t>Suministro vecino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vAlign w:val="center"/>
          </w:tcPr>
          <w:p>
            <w:r>
              <w:rPr>
                <w:color w:val="960000"/>
              </w:rPr>
              <w:t>[código, si se conoce]</w:t>
            </w:r>
          </w:p>
        </w:tc>
      </w:tr>
      <w:tr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shd w:fill="EEF1F8"/>
            <w:vAlign w:val="center"/>
          </w:tcPr>
          <w:p>
            <w:r>
              <w:rPr>
                <w:b/>
                <w:color w:val="1F2B4A"/>
              </w:rPr>
              <w:t>Tipo de conexión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vAlign w:val="center"/>
          </w:tcPr>
          <w:p>
            <w:r>
              <w:rPr>
                <w:color w:val="960000"/>
              </w:rPr>
              <w:t>[monofásica / trifásica, si fue definida]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shd w:fill="EEF1F8"/>
            <w:vAlign w:val="center"/>
          </w:tcPr>
          <w:p>
            <w:r>
              <w:rPr>
                <w:b/>
                <w:color w:val="1F2B4A"/>
              </w:rPr>
              <w:t>Potencia requerida</w:t>
            </w:r>
          </w:p>
        </w:tc>
        <w:tc>
          <w:tcPr>
            <w:tcW w:type="dxa" w:w="256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9DDE8"/>
              <w:start w:val="single" w:sz="4" w:color="D9DDE8"/>
              <w:bottom w:val="single" w:sz="4" w:color="D9DDE8"/>
              <w:end w:val="single" w:sz="4" w:color="D9DDE8"/>
              <w:insideH w:val="single" w:sz="4" w:color="D9DDE8"/>
              <w:insideV w:val="single" w:sz="4" w:color="D9DDE8"/>
            </w:tcBorders>
            <w:vAlign w:val="center"/>
          </w:tcPr>
          <w:p>
            <w:r>
              <w:rPr>
                <w:color w:val="960000"/>
              </w:rPr>
              <w:t>[completar, si corresponde]</w:t>
            </w:r>
          </w:p>
        </w:tc>
      </w:tr>
    </w:tbl>
    <w:p>
      <w:pPr>
        <w:pStyle w:val="SectionLabel"/>
      </w:pPr>
      <w:r>
        <w:t>PETICIÓN</w:t>
      </w:r>
    </w:p>
    <w:p>
      <w:pPr>
        <w:pStyle w:val="ListNumber"/>
        <w:spacing w:after="20"/>
        <w:ind w:left="312" w:hanging="142"/>
      </w:pPr>
      <w:r>
        <w:t>Que se revise la documentación y se evalúe la factibilidad del nuevo suministro.</w:t>
      </w:r>
    </w:p>
    <w:p>
      <w:pPr>
        <w:pStyle w:val="ListNumber"/>
        <w:spacing w:after="20"/>
        <w:ind w:left="312" w:hanging="142"/>
      </w:pPr>
      <w:r>
        <w:t>Que se programe la inspección técnica y se comuniquen las adecuaciones u observaciones que deban subsanarse.</w:t>
      </w:r>
    </w:p>
    <w:p>
      <w:pPr>
        <w:pStyle w:val="ListNumber"/>
        <w:spacing w:after="20"/>
        <w:ind w:left="312" w:hanging="142"/>
      </w:pPr>
      <w:r>
        <w:t>Que, de resultar procedente, se emita el presupuesto y se informen los pasos para el pago, el contrato y la instalación del medidor.</w:t>
      </w:r>
    </w:p>
    <w:p>
      <w:pPr>
        <w:jc w:val="both"/>
      </w:pPr>
      <w:r>
        <w:t>Declaro que la información y los documentos entregados son verdaderos y que realizaré las adecuaciones técnicas que la empresa determine luego de la evaluación o inspección correspondiente.</w:t>
      </w:r>
    </w:p>
    <w:p>
      <w:pPr>
        <w:pStyle w:val="SectionLabel"/>
      </w:pPr>
      <w:r>
        <w:t>DOCUMENTOS ADJUNTOS (MARCAR O ELIMINAR SEGÚN CORRESPONDA)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tcMar>
              <w:top w:w="20" w:type="dxa"/>
              <w:start w:w="30" w:type="dxa"/>
              <w:bottom w:w="20" w:type="dxa"/>
              <w:end w:w="30" w:type="dxa"/>
            </w:tcMar>
          </w:tcPr>
          <w:p>
            <w:r>
              <w:rPr>
                <w:color w:val="960000"/>
              </w:rPr>
              <w:t>[ ] DNI o Carné de Extranjería.</w:t>
            </w:r>
          </w:p>
        </w:tc>
        <w:tc>
          <w:tcPr>
            <w:tcW w:type="dxa" w:w="5128"/>
            <w:tcMar>
              <w:top w:w="20" w:type="dxa"/>
              <w:start w:w="30" w:type="dxa"/>
              <w:bottom w:w="20" w:type="dxa"/>
              <w:end w:w="30" w:type="dxa"/>
            </w:tcMar>
          </w:tcPr>
          <w:p>
            <w:r>
              <w:rPr>
                <w:color w:val="960000"/>
              </w:rPr>
              <w:t>[ ] Documento de propiedad, posesión o autorización.</w:t>
            </w:r>
          </w:p>
        </w:tc>
      </w:tr>
      <w:tr>
        <w:tc>
          <w:tcPr>
            <w:tcW w:type="dxa" w:w="5128"/>
            <w:tcMar>
              <w:top w:w="20" w:type="dxa"/>
              <w:start w:w="30" w:type="dxa"/>
              <w:bottom w:w="20" w:type="dxa"/>
              <w:end w:w="30" w:type="dxa"/>
            </w:tcMar>
          </w:tcPr>
          <w:p>
            <w:r>
              <w:rPr>
                <w:color w:val="960000"/>
              </w:rPr>
              <w:t>[ ] Croquis de ubicación.</w:t>
            </w:r>
          </w:p>
        </w:tc>
        <w:tc>
          <w:tcPr>
            <w:tcW w:type="dxa" w:w="5128"/>
            <w:tcMar>
              <w:top w:w="20" w:type="dxa"/>
              <w:start w:w="30" w:type="dxa"/>
              <w:bottom w:w="20" w:type="dxa"/>
              <w:end w:w="30" w:type="dxa"/>
            </w:tcMar>
          </w:tcPr>
          <w:p>
            <w:r>
              <w:rPr>
                <w:color w:val="960000"/>
              </w:rPr>
              <w:t>[ ] Fotografía de la fachada y lugar del medidor.</w:t>
            </w:r>
          </w:p>
        </w:tc>
      </w:tr>
      <w:tr>
        <w:tc>
          <w:tcPr>
            <w:tcW w:type="dxa" w:w="5128"/>
            <w:tcMar>
              <w:top w:w="20" w:type="dxa"/>
              <w:start w:w="30" w:type="dxa"/>
              <w:bottom w:w="20" w:type="dxa"/>
              <w:end w:w="30" w:type="dxa"/>
            </w:tcMar>
          </w:tcPr>
          <w:p>
            <w:r>
              <w:rPr>
                <w:color w:val="960000"/>
              </w:rPr>
              <w:t>[ ] Código o recibo del suministro vecino.</w:t>
            </w:r>
          </w:p>
        </w:tc>
        <w:tc>
          <w:tcPr>
            <w:tcW w:type="dxa" w:w="5128"/>
            <w:tcMar>
              <w:top w:w="20" w:type="dxa"/>
              <w:start w:w="30" w:type="dxa"/>
              <w:bottom w:w="20" w:type="dxa"/>
              <w:end w:w="30" w:type="dxa"/>
            </w:tcMar>
          </w:tcPr>
          <w:p>
            <w:r>
              <w:rPr>
                <w:color w:val="960000"/>
              </w:rPr>
              <w:t>[ ] Ficha RUC y vigencia de poder.</w:t>
            </w:r>
          </w:p>
        </w:tc>
      </w:tr>
      <w:tr>
        <w:tc>
          <w:tcPr>
            <w:tcW w:type="dxa" w:w="5128"/>
            <w:tcMar>
              <w:top w:w="20" w:type="dxa"/>
              <w:start w:w="30" w:type="dxa"/>
              <w:bottom w:w="20" w:type="dxa"/>
              <w:end w:w="30" w:type="dxa"/>
            </w:tcMar>
          </w:tcPr>
          <w:p>
            <w:r>
              <w:rPr>
                <w:color w:val="960000"/>
              </w:rPr>
              <w:t>[ ] Cuadro de cargas o documento técnico.</w:t>
            </w:r>
          </w:p>
        </w:tc>
        <w:tc>
          <w:tcPr>
            <w:tcW w:type="dxa" w:w="5128"/>
            <w:tcMar>
              <w:top w:w="20" w:type="dxa"/>
              <w:start w:w="30" w:type="dxa"/>
              <w:bottom w:w="20" w:type="dxa"/>
              <w:end w:w="30" w:type="dxa"/>
            </w:tcMar>
          </w:tcPr>
          <w:p>
            <w:r>
              <w:rPr>
                <w:color w:val="960000"/>
              </w:rPr>
              <w:t>[ ] Otros documentos exigidos por la empresa.</w:t>
            </w:r>
          </w:p>
        </w:tc>
      </w:tr>
    </w:tbl>
    <w:p>
      <w:pPr>
        <w:spacing w:before="40"/>
        <w:jc w:val="both"/>
      </w:pPr>
      <w:r>
        <w:t>Agradeceré que la respuesta, las observaciones o el número de atención sean enviados al teléfono o correo indicados.</w:t>
      </w:r>
    </w:p>
    <w:p>
      <w:r>
        <w:t>Atentamente,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4819"/>
            <w:tcMar>
              <w:top w:w="120" w:type="dxa"/>
              <w:start w:w="0" w:type="dxa"/>
              <w:bottom w:w="0" w:type="dxa"/>
              <w:end w:w="0" w:type="dxa"/>
            </w:tcMar>
          </w:tcPr>
          <w:p>
            <w:r>
              <w:t>______________________________</w:t>
              <w:br/>
            </w:r>
            <w:r>
              <w:rPr>
                <w:b/>
                <w:color w:val="960000"/>
              </w:rPr>
              <w:t>[Nombres y apellidos completos]</w:t>
            </w:r>
            <w:r>
              <w:br/>
              <w:t xml:space="preserve">DNI/C.E. N.° </w:t>
            </w:r>
            <w:r>
              <w:rPr>
                <w:color w:val="960000"/>
              </w:rPr>
              <w:t>[número]</w:t>
            </w:r>
          </w:p>
        </w:tc>
        <w:tc>
          <w:tcPr>
            <w:tcW w:type="dxa" w:w="4819"/>
            <w:tcMar>
              <w:top w:w="120" w:type="dxa"/>
              <w:start w:w="0" w:type="dxa"/>
              <w:bottom w:w="0" w:type="dxa"/>
              <w:end w:w="0" w:type="dxa"/>
            </w:tcMar>
          </w:tcPr>
          <w:p>
            <w:r>
              <w:t xml:space="preserve">Teléfono: </w:t>
            </w:r>
            <w:r>
              <w:rPr>
                <w:color w:val="960000"/>
              </w:rPr>
              <w:t>[número]</w:t>
            </w:r>
            <w:r>
              <w:br/>
              <w:t xml:space="preserve">Correo: </w:t>
            </w:r>
            <w:r>
              <w:rPr>
                <w:color w:val="960000"/>
              </w:rPr>
              <w:t>[correo]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822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646464"/>
        <w:sz w:val="14"/>
      </w:rPr>
      <w:t>MODELO REFERENCIAL EDITABLE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spacing w:after="140"/>
      <w:jc w:val="center"/>
    </w:pPr>
    <w:rPr>
      <w:rFonts w:ascii="Arial" w:hAnsi="Arial"/>
      <w:b/>
      <w:color w:val="1F2B4A"/>
      <w:sz w:val="25"/>
    </w:rPr>
  </w:style>
  <w:style w:type="paragraph" w:customStyle="1" w:styleId="SectionLabel">
    <w:name w:val="Section Label"/>
    <w:pPr>
      <w:spacing w:before="60" w:after="40"/>
    </w:pPr>
    <w:rPr>
      <w:rFonts w:ascii="Arial" w:hAnsi="Arial"/>
      <w:b/>
      <w:color w:val="1F2B4A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para solicitar medidor de luz en Word</dc:title>
  <dc:subject>Solicitud de nuevo suministro eléctrico e instalación de medidor</dc:subject>
  <dc:creator>TramiteAhora</dc:creator>
  <cp:keywords>solicitud, medidor de luz, nuevo suministro eléctrico, Word, Perú</cp:keywords>
  <dc:description>Modelo referencial editable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