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  <w:keepNext/>
      </w:pPr>
      <w:r>
        <w:rPr>
          <w:rFonts w:ascii="Aptos" w:hAnsi="Aptos"/>
          <w:b/>
          <w:color w:val="1F4E79"/>
          <w:sz w:val="28"/>
        </w:rPr>
        <w:t>MODELO DE CARTA PARA SOLICITAR GRABACIONES</w:t>
        <w:br/>
        <w:t>DE CÁMARAS DE SEGURIDAD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6"/>
            <w:shd w:fill="EAF2F8"/>
            <w:tcMar>
              <w:top w:w="80" w:type="dxa"/>
              <w:start w:w="130" w:type="dxa"/>
              <w:bottom w:w="8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i/>
                <w:color w:val="373737"/>
                <w:sz w:val="17"/>
              </w:rPr>
              <w:t>Modelo referencial: reemplaza los campos entre corchetes, elige la modalidad de entrega que corresponda y elimina esta nota antes de presentar la carta.</w:t>
            </w:r>
          </w:p>
        </w:tc>
      </w:tr>
    </w:tbl>
    <w:p>
      <w:pPr>
        <w:spacing w:after="0"/>
      </w:pPr>
    </w:p>
    <w:p>
      <w:pPr>
        <w:spacing w:after="160"/>
        <w:jc w:val="right"/>
      </w:pPr>
      <w:r>
        <w:rPr>
          <w:rFonts w:ascii="Aptos" w:hAnsi="Aptos"/>
          <w:sz w:val="21"/>
        </w:rPr>
        <w:t>[Lugar], [día] de [mes] de [año]</w:t>
      </w:r>
    </w:p>
    <w:p>
      <w:pPr>
        <w:spacing w:after="30"/>
      </w:pPr>
      <w:r>
        <w:rPr>
          <w:rFonts w:ascii="Aptos" w:hAnsi="Aptos"/>
          <w:b/>
          <w:sz w:val="21"/>
        </w:rPr>
        <w:t>Señores:</w:t>
      </w:r>
    </w:p>
    <w:p>
      <w:pPr>
        <w:spacing w:after="30"/>
      </w:pPr>
      <w:r>
        <w:rPr>
          <w:rFonts w:ascii="Aptos" w:hAnsi="Aptos"/>
          <w:b/>
          <w:sz w:val="21"/>
        </w:rPr>
        <w:t>[Nombre de la empresa, entidad, municipalidad, junta de propietarios o administración]</w:t>
      </w:r>
    </w:p>
    <w:p>
      <w:pPr>
        <w:spacing w:after="30"/>
      </w:pPr>
      <w:r>
        <w:rPr>
          <w:rFonts w:ascii="Aptos" w:hAnsi="Aptos"/>
          <w:b w:val="0"/>
          <w:sz w:val="21"/>
        </w:rPr>
        <w:t>Atención: [Área o persona responsable de las cámaras de seguridad]</w:t>
      </w:r>
    </w:p>
    <w:p>
      <w:pPr>
        <w:spacing w:after="30"/>
      </w:pPr>
      <w:r>
        <w:rPr>
          <w:rFonts w:ascii="Aptos" w:hAnsi="Aptos"/>
          <w:b w:val="0"/>
          <w:sz w:val="21"/>
        </w:rPr>
        <w:t>[Dirección o correo de recepción, si corresponde]</w:t>
      </w:r>
    </w:p>
    <w:p>
      <w:pPr>
        <w:spacing w:before="100" w:after="140"/>
        <w:keepNext/>
      </w:pPr>
      <w:r>
        <w:rPr>
          <w:rFonts w:ascii="Aptos" w:hAnsi="Aptos"/>
          <w:b/>
          <w:sz w:val="21"/>
        </w:rPr>
        <w:t>Asunto: Solicitud de conservación y acceso a grabaciones de cámaras de seguridad</w:t>
      </w:r>
    </w:p>
    <w:p>
      <w:pPr>
        <w:spacing w:after="100"/>
      </w:pPr>
      <w:r>
        <w:rPr>
          <w:rFonts w:ascii="Aptos" w:hAnsi="Aptos"/>
          <w:sz w:val="21"/>
        </w:rPr>
        <w:t>De mi consideración:</w:t>
      </w:r>
    </w:p>
    <w:p>
      <w:pPr>
        <w:spacing w:after="100"/>
        <w:jc w:val="both"/>
        <w:keepLines/>
      </w:pPr>
      <w:r>
        <w:rPr>
          <w:rFonts w:ascii="Aptos" w:hAnsi="Aptos"/>
          <w:sz w:val="21"/>
        </w:rPr>
        <w:t>Yo, [nombre completo], identificado(a) con DNI N.° [número], con domicilio en [dirección], teléfono [número] y correo electrónico [correo], me dirijo a ustedes para solicitar la conservación y revisión de las grabaciones captadas por las cámaras ubicadas en [lugar exacto o referencia de la cámara].</w:t>
      </w:r>
    </w:p>
    <w:p>
      <w:pPr>
        <w:spacing w:after="100"/>
        <w:jc w:val="both"/>
        <w:keepLines/>
      </w:pPr>
      <w:r>
        <w:rPr>
          <w:rFonts w:ascii="Aptos" w:hAnsi="Aptos"/>
          <w:sz w:val="21"/>
        </w:rPr>
        <w:t>Las imágenes requeridas corresponden al día [fecha del hecho], entre las [hora de inicio] y las [hora de término]. El pedido se relaciona con [describir brevemente el robo, accidente, daño, pérdida u otro incidente], ocurrido en [ubicación precisa]. Para facilitar la búsqueda, señalo además lo siguiente: [descripción de personas, vehículo, recorrido, cámara, puerta, estacionamiento u otra referencia útil].</w:t>
      </w:r>
    </w:p>
    <w:p>
      <w:pPr>
        <w:spacing w:after="100"/>
        <w:jc w:val="both"/>
        <w:keepLines/>
      </w:pPr>
      <w:r>
        <w:rPr>
          <w:rFonts w:ascii="Aptos" w:hAnsi="Aptos"/>
          <w:sz w:val="21"/>
        </w:rPr>
        <w:t>Solicito que, de acuerdo con el procedimiento de la entidad y la normativa aplicable, se me permita [visualizar las grabaciones / obtener una copia / remitirlas a la Policía Nacional o al Ministerio Público]. Si la entrega directa no fuera posible, solicito que las imágenes sean preservadas y se me informe por escrito qué requisitos o actuación de la autoridad competente se necesitan para acceder a ellas.</w:t>
      </w:r>
    </w:p>
    <w:p>
      <w:pPr>
        <w:spacing w:after="100"/>
        <w:jc w:val="both"/>
        <w:keepLines/>
      </w:pPr>
      <w:r>
        <w:rPr>
          <w:rFonts w:ascii="Aptos" w:hAnsi="Aptos"/>
          <w:sz w:val="21"/>
        </w:rPr>
        <w:t>La finalidad de esta solicitud es [esclarecer lo sucedido / sustentar una denuncia / identificar las circunstancias del hecho / ejercer las acciones correspondientes]. Comprendo que la atención del pedido puede incluir medidas destinadas a proteger los datos personales de terceros que aparezcan en las grabaciones.</w:t>
      </w:r>
    </w:p>
    <w:p>
      <w:pPr>
        <w:spacing w:before="20" w:after="40"/>
        <w:keepNext/>
      </w:pPr>
      <w:r>
        <w:rPr>
          <w:rFonts w:ascii="Aptos" w:hAnsi="Aptos"/>
          <w:b/>
          <w:sz w:val="21"/>
        </w:rPr>
        <w:t>Adjunto, según corresponda:</w:t>
      </w:r>
    </w:p>
    <w:p>
      <w:pPr>
        <w:pStyle w:val="ListBullet"/>
        <w:spacing w:after="10"/>
        <w:ind w:left="312" w:hanging="142"/>
      </w:pPr>
      <w:r>
        <w:rPr>
          <w:rFonts w:ascii="Aptos" w:hAnsi="Aptos"/>
          <w:sz w:val="19"/>
        </w:rPr>
        <w:t>Copia de DNI.</w:t>
      </w:r>
    </w:p>
    <w:p>
      <w:pPr>
        <w:pStyle w:val="ListBullet"/>
        <w:spacing w:after="10"/>
        <w:ind w:left="312" w:hanging="142"/>
      </w:pPr>
      <w:r>
        <w:rPr>
          <w:rFonts w:ascii="Aptos" w:hAnsi="Aptos"/>
          <w:sz w:val="19"/>
        </w:rPr>
        <w:t>Copia de la denuncia policial, disposición fiscal u otro documento que sustente el pedido.</w:t>
      </w:r>
    </w:p>
    <w:p>
      <w:pPr>
        <w:pStyle w:val="ListBullet"/>
        <w:spacing w:after="10"/>
        <w:ind w:left="312" w:hanging="142"/>
      </w:pPr>
      <w:r>
        <w:rPr>
          <w:rFonts w:ascii="Aptos" w:hAnsi="Aptos"/>
          <w:sz w:val="19"/>
        </w:rPr>
        <w:t>Fotografías, constancias u otros medios que ayuden a ubicar el hecho.</w:t>
      </w:r>
    </w:p>
    <w:p>
      <w:pPr>
        <w:spacing w:before="60" w:after="100"/>
        <w:jc w:val="both"/>
      </w:pPr>
      <w:r>
        <w:rPr>
          <w:rFonts w:ascii="Aptos" w:hAnsi="Aptos"/>
          <w:sz w:val="21"/>
        </w:rPr>
        <w:t>Agradeceré que la respuesta y las coordinaciones se realicen mediante [correo electrónico / teléfono / domicilio]. Asimismo, solicito un cargo o constancia de recepción de la presente solicitud.</w:t>
      </w:r>
    </w:p>
    <w:p>
      <w:pPr>
        <w:spacing w:after="200"/>
      </w:pPr>
      <w:r>
        <w:rPr>
          <w:rFonts w:ascii="Aptos" w:hAnsi="Aptos"/>
          <w:sz w:val="21"/>
        </w:rPr>
        <w:t>Atentamente,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819"/>
      </w:tblGrid>
      <w:tr>
        <w:tc>
          <w:tcPr>
            <w:tcW w:type="dxa" w:w="986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9"/>
              </w:rPr>
              <w:t>__________________________________</w:t>
            </w:r>
          </w:p>
        </w:tc>
      </w:tr>
      <w:tr>
        <w:tc>
          <w:tcPr>
            <w:tcW w:type="dxa" w:w="986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9"/>
              </w:rPr>
              <w:t>[Firma]</w:t>
            </w:r>
          </w:p>
        </w:tc>
      </w:tr>
      <w:tr>
        <w:tc>
          <w:tcPr>
            <w:tcW w:type="dxa" w:w="986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/>
                <w:sz w:val="19"/>
              </w:rPr>
              <w:t>[Nombre completo]</w:t>
            </w:r>
          </w:p>
        </w:tc>
      </w:tr>
      <w:tr>
        <w:tc>
          <w:tcPr>
            <w:tcW w:type="dxa" w:w="986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9"/>
              </w:rPr>
              <w:t>DNI N.° [número]</w:t>
            </w:r>
          </w:p>
        </w:tc>
      </w:tr>
      <w:tr>
        <w:tc>
          <w:tcPr>
            <w:tcW w:type="dxa" w:w="986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sz w:val="19"/>
              </w:rPr>
              <w:t>[Teléfono y correo electrónico]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22" w:right="1020" w:bottom="765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Aptos" w:hAnsi="Aptos"/>
        <w:i/>
        <w:color w:val="646464"/>
        <w:sz w:val="15"/>
      </w:rPr>
      <w:t>Documento referencial. Los requisitos y la forma de entrega pueden variar según la entidad que administra las cámaras.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carta para solicitar grabaciones de cámaras de seguridad</dc:title>
  <dc:subject>Modelo referencial para Perú</dc:subject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