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20" w:before="0" w:line="276" w:lineRule="auto"/>
        <w:jc w:val="right"/>
      </w:pPr>
      <w:r>
        <w:t>[Ciudad], [fecha]</w:t>
      </w:r>
    </w:p>
    <w:p>
      <w:pPr>
        <w:spacing w:after="0" w:before="0" w:line="276" w:lineRule="auto"/>
      </w:pPr>
      <w:r>
        <w:rPr>
          <w:b/>
        </w:rPr>
        <w:t>Señor(a):</w:t>
      </w:r>
    </w:p>
    <w:p>
      <w:pPr>
        <w:spacing w:after="0" w:before="0" w:line="276" w:lineRule="auto"/>
      </w:pPr>
      <w:r>
        <w:t>[Nombre del destinatario]</w:t>
      </w:r>
    </w:p>
    <w:p>
      <w:pPr>
        <w:spacing w:after="0" w:before="0" w:line="276" w:lineRule="auto"/>
      </w:pPr>
      <w:r>
        <w:t>[Pastor, primer anciano, secretario u otro cargo]</w:t>
      </w:r>
    </w:p>
    <w:p>
      <w:pPr>
        <w:spacing w:after="280" w:before="0" w:line="276" w:lineRule="auto"/>
      </w:pPr>
      <w:r>
        <w:t>Iglesia Adventista del Séptimo Día de [nombre de la iglesia]</w:t>
      </w:r>
    </w:p>
    <w:p>
      <w:pPr>
        <w:spacing w:after="320" w:before="0" w:line="276" w:lineRule="auto"/>
      </w:pPr>
      <w:r>
        <w:rPr>
          <w:b/>
        </w:rPr>
        <w:t>Asunto: Renuncia al cargo de [nombre del cargo]</w:t>
      </w:r>
    </w:p>
    <w:p>
      <w:pPr>
        <w:spacing w:after="240" w:before="0" w:line="276" w:lineRule="auto"/>
      </w:pPr>
      <w:r>
        <w:t>Estimado(a) hermano(a) [apellido o nombre del destinatario]:</w:t>
      </w:r>
    </w:p>
    <w:p>
      <w:pPr>
        <w:spacing w:after="200" w:before="0" w:line="276" w:lineRule="auto"/>
        <w:jc w:val="both"/>
      </w:pPr>
      <w:r>
        <w:t>Por medio de la presente, comunico mi decisión de renunciar al cargo de [indicar el cargo] que desempeño en la Iglesia Adventista del Séptimo Día de [nombre de la iglesia local].</w:t>
      </w:r>
    </w:p>
    <w:p>
      <w:pPr>
        <w:spacing w:after="200" w:before="0" w:line="276" w:lineRule="auto"/>
        <w:jc w:val="both"/>
      </w:pPr>
      <w:r>
        <w:t>Solicito que mi renuncia sea efectiva a partir del [fecha]. [Opcional: Esta decisión responde a motivos personales, familiares, laborales, de salud u otra razón que prefieras mencionar de manera breve].</w:t>
      </w:r>
    </w:p>
    <w:p>
      <w:pPr>
        <w:spacing w:after="200" w:before="0" w:line="276" w:lineRule="auto"/>
        <w:jc w:val="both"/>
      </w:pPr>
      <w:r>
        <w:t>Agradezco la oportunidad de haber servido en esta responsabilidad y el apoyo recibido durante el tiempo en que ejercí el cargo.</w:t>
      </w:r>
    </w:p>
    <w:p>
      <w:pPr>
        <w:spacing w:after="200" w:before="0" w:line="276" w:lineRule="auto"/>
        <w:jc w:val="both"/>
      </w:pPr>
      <w:r>
        <w:t>Quedo a disposición para entregar los documentos, informes, llaves, materiales u otros elementos relacionados con la función a la persona que la iglesia designe, a fin de facilitar una transición ordenada.</w:t>
      </w:r>
    </w:p>
    <w:p>
      <w:pPr>
        <w:spacing w:after="200" w:before="0" w:line="276" w:lineRule="auto"/>
        <w:jc w:val="both"/>
      </w:pPr>
      <w:r>
        <w:t>Sin otro particular, agradezco su comprensión.</w:t>
      </w:r>
    </w:p>
    <w:p>
      <w:pPr>
        <w:spacing w:after="560" w:before="0" w:line="276" w:lineRule="auto"/>
      </w:pPr>
      <w:r>
        <w:t>Con aprecio fraternal,</w:t>
      </w:r>
    </w:p>
    <w:p>
      <w:pPr>
        <w:spacing w:after="400" w:before="0" w:line="276" w:lineRule="auto"/>
      </w:pPr>
      <w:r>
        <w:t>[Firma]</w:t>
      </w:r>
    </w:p>
    <w:p>
      <w:pPr>
        <w:spacing w:after="0" w:before="0" w:line="276" w:lineRule="auto"/>
      </w:pPr>
      <w:r>
        <w:rPr>
          <w:b/>
        </w:rPr>
        <w:t>[Nombres y apellidos completos]</w:t>
      </w:r>
    </w:p>
    <w:p>
      <w:pPr>
        <w:spacing w:after="0" w:before="0" w:line="276" w:lineRule="auto"/>
      </w:pPr>
      <w:r>
        <w:t>Teléfono: [número, opcional]</w:t>
      </w:r>
    </w:p>
    <w:p>
      <w:pPr>
        <w:spacing w:after="0" w:before="0" w:line="276" w:lineRule="auto"/>
      </w:pPr>
      <w:r>
        <w:t>Correo electrónico: [correo, opcional]</w:t>
      </w:r>
    </w:p>
    <w:p>
      <w:pPr>
        <w:spacing w:before="360" w:after="0"/>
        <w:pBdr>
          <w:top w:val="single" w:sz="4" w:space="8" w:color="B8B8B8"/>
        </w:pBdr>
      </w:pPr>
      <w:r>
        <w:rPr>
          <w:rFonts w:ascii="Arial" w:hAnsi="Arial"/>
          <w:color w:val="5A5A5A"/>
          <w:sz w:val="17"/>
        </w:rPr>
        <w:t>Nota de uso: reemplaza los datos entre corchetes. El motivo de la renuncia es opcional. La persona que renuncia no designa a su reemplazo; la iglesia determina quién asumirá la vacante.</w:t>
      </w:r>
    </w:p>
    <w:sectPr w:rsidR="00FC693F" w:rsidRPr="0006063C" w:rsidSect="00034616">
      <w:pgSz w:w="11906" w:h="16838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 w:line="276" w:lineRule="auto"/>
    </w:pPr>
    <w:rPr>
      <w:rFonts w:ascii="Arial" w:hAnsi="Arial" w:eastAsia="Arial" w:cs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carta de renuncia a un cargo de la Iglesia Adventista</dc:title>
  <dc:subject>Plantilla editable de carta de renuncia a un cargo eclesiástico</dc:subject>
  <dc:creator>TramiteAhora</dc:creator>
  <cp:keywords>carta de renuncia, Iglesia Adventista, modelo Word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